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2738C" w14:textId="77777777" w:rsidR="00874A85" w:rsidRDefault="00000000">
      <w:r>
        <w:br/>
      </w:r>
      <w:r>
        <w:br/>
      </w:r>
      <w:r>
        <w:br/>
      </w:r>
    </w:p>
    <w:p w14:paraId="5337A058" w14:textId="77777777" w:rsidR="00874A85" w:rsidRDefault="00000000">
      <w:pPr>
        <w:pStyle w:val="Title"/>
        <w:jc w:val="center"/>
      </w:pPr>
      <w:r>
        <w:t>DETAIL PROJECT REPORT (DPR)</w:t>
      </w:r>
    </w:p>
    <w:p w14:paraId="180F42B0" w14:textId="77777777" w:rsidR="00874A85" w:rsidRDefault="00000000">
      <w:r>
        <w:br/>
      </w:r>
      <w:r>
        <w:br/>
      </w:r>
    </w:p>
    <w:p w14:paraId="1C7E10F0" w14:textId="77777777" w:rsidR="00874A85" w:rsidRDefault="00000000">
      <w:pPr>
        <w:pStyle w:val="Subtitle"/>
        <w:jc w:val="center"/>
      </w:pPr>
      <w:r>
        <w:t>Prepared by: ENVIRON Laboratory</w:t>
      </w:r>
      <w:r>
        <w:br/>
        <w:t>Date: ___________</w:t>
      </w:r>
    </w:p>
    <w:p w14:paraId="2B5C871A" w14:textId="77777777" w:rsidR="00874A85" w:rsidRDefault="00000000">
      <w:r>
        <w:br w:type="page"/>
      </w:r>
    </w:p>
    <w:p w14:paraId="17B7C7F7" w14:textId="77777777" w:rsidR="00874A85" w:rsidRDefault="00000000">
      <w:pPr>
        <w:pStyle w:val="Heading1"/>
        <w:jc w:val="center"/>
      </w:pPr>
      <w:r>
        <w:lastRenderedPageBreak/>
        <w:t>Table of Contents</w:t>
      </w:r>
    </w:p>
    <w:p w14:paraId="007F0834" w14:textId="77777777" w:rsidR="00874A85" w:rsidRDefault="00000000">
      <w:r>
        <w:t>1. List of Products and Raw Materials</w:t>
      </w:r>
    </w:p>
    <w:p w14:paraId="246A7295" w14:textId="77777777" w:rsidR="00874A85" w:rsidRDefault="00000000">
      <w:r>
        <w:t>2. Water Consumption Details</w:t>
      </w:r>
    </w:p>
    <w:p w14:paraId="22BA80BE" w14:textId="77777777" w:rsidR="00874A85" w:rsidRDefault="00000000">
      <w:r>
        <w:t>3. Wastewater Generation</w:t>
      </w:r>
    </w:p>
    <w:p w14:paraId="67E9CA5B" w14:textId="77777777" w:rsidR="00874A85" w:rsidRDefault="00000000">
      <w:r>
        <w:t>4. Effluent Treatment Plant (ETP) Details</w:t>
      </w:r>
    </w:p>
    <w:p w14:paraId="17546C90" w14:textId="7BE7BA0B" w:rsidR="00B72EA1" w:rsidRDefault="00B72EA1">
      <w:r>
        <w:t xml:space="preserve">5. Sewage Treatment Plant (STP) Detail </w:t>
      </w:r>
    </w:p>
    <w:p w14:paraId="4CC352D7" w14:textId="77777777" w:rsidR="00874A85" w:rsidRDefault="00000000">
      <w:r>
        <w:t>6. Air Emission Details</w:t>
      </w:r>
    </w:p>
    <w:p w14:paraId="28EAC42F" w14:textId="79534074" w:rsidR="00B72EA1" w:rsidRDefault="00B72EA1" w:rsidP="00B72EA1">
      <w:r>
        <w:t>7. Hazardous Waste Details</w:t>
      </w:r>
    </w:p>
    <w:p w14:paraId="2E2DAA4B" w14:textId="481B5672" w:rsidR="00B72EA1" w:rsidRDefault="00E46F3F">
      <w:r>
        <w:t>8. Detail Manufacturing Process</w:t>
      </w:r>
    </w:p>
    <w:p w14:paraId="7C4DE2D6" w14:textId="77777777" w:rsidR="00874A85" w:rsidRDefault="00000000">
      <w:r>
        <w:br w:type="page"/>
      </w:r>
    </w:p>
    <w:p w14:paraId="530418B0" w14:textId="77777777" w:rsidR="00874A85" w:rsidRPr="00B72EA1" w:rsidRDefault="00000000">
      <w:pPr>
        <w:pStyle w:val="Heading1"/>
        <w:rPr>
          <w:u w:val="single"/>
        </w:rPr>
      </w:pPr>
      <w:r>
        <w:lastRenderedPageBreak/>
        <w:t>1</w:t>
      </w:r>
      <w:r w:rsidRPr="00B72EA1">
        <w:rPr>
          <w:u w:val="single"/>
        </w:rPr>
        <w:t>. List of Products and Raw Materials</w:t>
      </w:r>
    </w:p>
    <w:p w14:paraId="5F33F5F9" w14:textId="77777777" w:rsidR="00874A85" w:rsidRPr="00D82F92" w:rsidRDefault="00000000">
      <w:pPr>
        <w:pStyle w:val="Heading2"/>
        <w:rPr>
          <w:sz w:val="28"/>
          <w:szCs w:val="28"/>
        </w:rPr>
      </w:pPr>
      <w:r w:rsidRPr="00D82F92">
        <w:rPr>
          <w:sz w:val="28"/>
          <w:szCs w:val="28"/>
        </w:rPr>
        <w:t>Details of Product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7"/>
        <w:gridCol w:w="5662"/>
        <w:gridCol w:w="2051"/>
      </w:tblGrid>
      <w:tr w:rsidR="00874A85" w14:paraId="7792DFD3" w14:textId="77777777" w:rsidTr="008C6A35">
        <w:tc>
          <w:tcPr>
            <w:tcW w:w="918" w:type="dxa"/>
          </w:tcPr>
          <w:p w14:paraId="677029B8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Sr. No.</w:t>
            </w:r>
          </w:p>
        </w:tc>
        <w:tc>
          <w:tcPr>
            <w:tcW w:w="5670" w:type="dxa"/>
          </w:tcPr>
          <w:p w14:paraId="54FD76FF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Product Name</w:t>
            </w:r>
          </w:p>
        </w:tc>
        <w:tc>
          <w:tcPr>
            <w:tcW w:w="2052" w:type="dxa"/>
          </w:tcPr>
          <w:p w14:paraId="1ACAF7D8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MT/Month</w:t>
            </w:r>
          </w:p>
        </w:tc>
      </w:tr>
      <w:tr w:rsidR="00874A85" w14:paraId="79C3D308" w14:textId="77777777" w:rsidTr="008C6A35">
        <w:tc>
          <w:tcPr>
            <w:tcW w:w="918" w:type="dxa"/>
          </w:tcPr>
          <w:p w14:paraId="58A190FF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14:paraId="49445D7A" w14:textId="42BD7D81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14:paraId="5EC2FF2A" w14:textId="04A18023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874A85" w14:paraId="7E078DFA" w14:textId="77777777" w:rsidTr="008C6A35">
        <w:tc>
          <w:tcPr>
            <w:tcW w:w="918" w:type="dxa"/>
          </w:tcPr>
          <w:p w14:paraId="6883E5DF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14:paraId="2716818B" w14:textId="4CF8D7D6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14:paraId="257469B2" w14:textId="7A849FF1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874A85" w14:paraId="2FACD9A2" w14:textId="77777777" w:rsidTr="008C6A35">
        <w:tc>
          <w:tcPr>
            <w:tcW w:w="918" w:type="dxa"/>
          </w:tcPr>
          <w:p w14:paraId="02DEB87E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14:paraId="3558793D" w14:textId="356F486C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14:paraId="1E2FED3C" w14:textId="017D0D2E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874A85" w14:paraId="5C541290" w14:textId="77777777" w:rsidTr="008C6A35">
        <w:tc>
          <w:tcPr>
            <w:tcW w:w="918" w:type="dxa"/>
          </w:tcPr>
          <w:p w14:paraId="1525F698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14:paraId="6C71D76B" w14:textId="15CD61D2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14:paraId="66621888" w14:textId="093A1F3F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874A85" w:rsidRPr="00D82F92" w14:paraId="09BBE660" w14:textId="77777777" w:rsidTr="008C6A35">
        <w:tc>
          <w:tcPr>
            <w:tcW w:w="918" w:type="dxa"/>
          </w:tcPr>
          <w:p w14:paraId="20591381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14:paraId="144DF2A4" w14:textId="2872C1FC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14:paraId="0D622897" w14:textId="032E7608" w:rsidR="00874A85" w:rsidRPr="00D82F92" w:rsidRDefault="00874A85">
            <w:pPr>
              <w:rPr>
                <w:sz w:val="24"/>
                <w:szCs w:val="24"/>
              </w:rPr>
            </w:pPr>
          </w:p>
        </w:tc>
      </w:tr>
    </w:tbl>
    <w:p w14:paraId="017A3EE7" w14:textId="159D3DA5" w:rsidR="00B72EA1" w:rsidRPr="00D82F92" w:rsidRDefault="00B72EA1" w:rsidP="00B72EA1">
      <w:pPr>
        <w:pStyle w:val="Heading2"/>
        <w:rPr>
          <w:sz w:val="28"/>
          <w:szCs w:val="28"/>
        </w:rPr>
      </w:pPr>
      <w:r w:rsidRPr="00D82F92">
        <w:rPr>
          <w:sz w:val="28"/>
          <w:szCs w:val="28"/>
        </w:rPr>
        <w:t>Details of By-Product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7"/>
        <w:gridCol w:w="5662"/>
        <w:gridCol w:w="2051"/>
      </w:tblGrid>
      <w:tr w:rsidR="00B72EA1" w:rsidRPr="00D82F92" w14:paraId="1FD9F9DB" w14:textId="77777777" w:rsidTr="00501F40">
        <w:tc>
          <w:tcPr>
            <w:tcW w:w="918" w:type="dxa"/>
          </w:tcPr>
          <w:p w14:paraId="49CBD944" w14:textId="77777777" w:rsidR="00B72EA1" w:rsidRPr="00D82F92" w:rsidRDefault="00B72EA1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Sr. No.</w:t>
            </w:r>
          </w:p>
        </w:tc>
        <w:tc>
          <w:tcPr>
            <w:tcW w:w="5670" w:type="dxa"/>
          </w:tcPr>
          <w:p w14:paraId="2C5AEC22" w14:textId="33916005" w:rsidR="00B72EA1" w:rsidRPr="00D82F92" w:rsidRDefault="00B72EA1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By-Product Name</w:t>
            </w:r>
          </w:p>
        </w:tc>
        <w:tc>
          <w:tcPr>
            <w:tcW w:w="2052" w:type="dxa"/>
          </w:tcPr>
          <w:p w14:paraId="37219EE8" w14:textId="77777777" w:rsidR="00B72EA1" w:rsidRPr="00D82F92" w:rsidRDefault="00B72EA1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MT/Month</w:t>
            </w:r>
          </w:p>
        </w:tc>
      </w:tr>
      <w:tr w:rsidR="00B72EA1" w:rsidRPr="00D82F92" w14:paraId="4846E387" w14:textId="77777777" w:rsidTr="00501F40">
        <w:tc>
          <w:tcPr>
            <w:tcW w:w="918" w:type="dxa"/>
          </w:tcPr>
          <w:p w14:paraId="08531CA8" w14:textId="77777777" w:rsidR="00B72EA1" w:rsidRPr="00D82F92" w:rsidRDefault="00B72EA1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14:paraId="777F0131" w14:textId="77777777" w:rsidR="00B72EA1" w:rsidRPr="00D82F92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14:paraId="5E5D9C6D" w14:textId="77777777" w:rsidR="00B72EA1" w:rsidRPr="00D82F92" w:rsidRDefault="00B72EA1" w:rsidP="00501F40">
            <w:pPr>
              <w:rPr>
                <w:sz w:val="24"/>
                <w:szCs w:val="24"/>
              </w:rPr>
            </w:pPr>
          </w:p>
        </w:tc>
      </w:tr>
      <w:tr w:rsidR="00B72EA1" w:rsidRPr="00D82F92" w14:paraId="165260FD" w14:textId="77777777" w:rsidTr="00501F40">
        <w:tc>
          <w:tcPr>
            <w:tcW w:w="918" w:type="dxa"/>
          </w:tcPr>
          <w:p w14:paraId="62939B64" w14:textId="77777777" w:rsidR="00B72EA1" w:rsidRPr="00D82F92" w:rsidRDefault="00B72EA1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14:paraId="53BD3401" w14:textId="77777777" w:rsidR="00B72EA1" w:rsidRPr="00D82F92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14:paraId="1C80DAB0" w14:textId="77777777" w:rsidR="00B72EA1" w:rsidRPr="00D82F92" w:rsidRDefault="00B72EA1" w:rsidP="00501F40">
            <w:pPr>
              <w:rPr>
                <w:sz w:val="24"/>
                <w:szCs w:val="24"/>
              </w:rPr>
            </w:pPr>
          </w:p>
        </w:tc>
      </w:tr>
      <w:tr w:rsidR="00B72EA1" w:rsidRPr="00D82F92" w14:paraId="4CE517F9" w14:textId="77777777" w:rsidTr="00501F40">
        <w:tc>
          <w:tcPr>
            <w:tcW w:w="918" w:type="dxa"/>
          </w:tcPr>
          <w:p w14:paraId="715F9596" w14:textId="77777777" w:rsidR="00B72EA1" w:rsidRPr="00D82F92" w:rsidRDefault="00B72EA1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14:paraId="7AFA86DC" w14:textId="77777777" w:rsidR="00B72EA1" w:rsidRPr="00D82F92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14:paraId="7814B15C" w14:textId="77777777" w:rsidR="00B72EA1" w:rsidRPr="00D82F92" w:rsidRDefault="00B72EA1" w:rsidP="00501F40">
            <w:pPr>
              <w:rPr>
                <w:sz w:val="24"/>
                <w:szCs w:val="24"/>
              </w:rPr>
            </w:pPr>
          </w:p>
        </w:tc>
      </w:tr>
      <w:tr w:rsidR="00B72EA1" w:rsidRPr="00D82F92" w14:paraId="32119C2B" w14:textId="77777777" w:rsidTr="00501F40">
        <w:tc>
          <w:tcPr>
            <w:tcW w:w="918" w:type="dxa"/>
          </w:tcPr>
          <w:p w14:paraId="0BD5878C" w14:textId="77777777" w:rsidR="00B72EA1" w:rsidRPr="00D82F92" w:rsidRDefault="00B72EA1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14:paraId="19BDC267" w14:textId="77777777" w:rsidR="00B72EA1" w:rsidRPr="00D82F92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14:paraId="1FD7BA45" w14:textId="77777777" w:rsidR="00B72EA1" w:rsidRPr="00D82F92" w:rsidRDefault="00B72EA1" w:rsidP="00501F40">
            <w:pPr>
              <w:rPr>
                <w:sz w:val="24"/>
                <w:szCs w:val="24"/>
              </w:rPr>
            </w:pPr>
          </w:p>
        </w:tc>
      </w:tr>
      <w:tr w:rsidR="00B72EA1" w:rsidRPr="00D82F92" w14:paraId="546CD455" w14:textId="77777777" w:rsidTr="00501F40">
        <w:tc>
          <w:tcPr>
            <w:tcW w:w="918" w:type="dxa"/>
          </w:tcPr>
          <w:p w14:paraId="68A0F2D0" w14:textId="77777777" w:rsidR="00B72EA1" w:rsidRPr="00D82F92" w:rsidRDefault="00B72EA1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14:paraId="01900390" w14:textId="77777777" w:rsidR="00B72EA1" w:rsidRPr="00D82F92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14:paraId="0CE5514E" w14:textId="77777777" w:rsidR="00B72EA1" w:rsidRPr="00D82F92" w:rsidRDefault="00B72EA1" w:rsidP="00501F40">
            <w:pPr>
              <w:rPr>
                <w:sz w:val="24"/>
                <w:szCs w:val="24"/>
              </w:rPr>
            </w:pPr>
          </w:p>
        </w:tc>
      </w:tr>
    </w:tbl>
    <w:p w14:paraId="0881A93A" w14:textId="6B1D6C3E" w:rsidR="00874A85" w:rsidRDefault="00000000">
      <w:pPr>
        <w:pStyle w:val="Heading2"/>
      </w:pPr>
      <w:r>
        <w:t>Details of Raw Material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7"/>
        <w:gridCol w:w="3954"/>
        <w:gridCol w:w="1601"/>
        <w:gridCol w:w="2158"/>
      </w:tblGrid>
      <w:tr w:rsidR="00874A85" w14:paraId="3FC30506" w14:textId="77777777" w:rsidTr="00B72EA1">
        <w:tc>
          <w:tcPr>
            <w:tcW w:w="918" w:type="dxa"/>
          </w:tcPr>
          <w:p w14:paraId="7145B9F5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Sr. No.</w:t>
            </w:r>
          </w:p>
        </w:tc>
        <w:tc>
          <w:tcPr>
            <w:tcW w:w="3960" w:type="dxa"/>
          </w:tcPr>
          <w:p w14:paraId="1AFBEC6F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Raw Material</w:t>
            </w:r>
          </w:p>
        </w:tc>
        <w:tc>
          <w:tcPr>
            <w:tcW w:w="1602" w:type="dxa"/>
          </w:tcPr>
          <w:p w14:paraId="4DAA1EB0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MT/Month</w:t>
            </w:r>
          </w:p>
        </w:tc>
        <w:tc>
          <w:tcPr>
            <w:tcW w:w="2160" w:type="dxa"/>
          </w:tcPr>
          <w:p w14:paraId="126820E7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State of Raw Material</w:t>
            </w:r>
          </w:p>
        </w:tc>
      </w:tr>
      <w:tr w:rsidR="00874A85" w14:paraId="5E6A1512" w14:textId="77777777" w:rsidTr="00B72EA1">
        <w:tc>
          <w:tcPr>
            <w:tcW w:w="918" w:type="dxa"/>
          </w:tcPr>
          <w:p w14:paraId="37A49F7B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41870587" w14:textId="5189CE1D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</w:tcPr>
          <w:p w14:paraId="73EBEFB2" w14:textId="56FD6147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3D576FD5" w14:textId="0B0196A8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874A85" w14:paraId="7CA686C6" w14:textId="77777777" w:rsidTr="00B72EA1">
        <w:tc>
          <w:tcPr>
            <w:tcW w:w="918" w:type="dxa"/>
          </w:tcPr>
          <w:p w14:paraId="26B73373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5D3D896F" w14:textId="4CB3E57C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</w:tcPr>
          <w:p w14:paraId="1CCE4C2E" w14:textId="72233BA4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314D46EC" w14:textId="2EB508E6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874A85" w14:paraId="494417C0" w14:textId="77777777" w:rsidTr="00B72EA1">
        <w:tc>
          <w:tcPr>
            <w:tcW w:w="918" w:type="dxa"/>
          </w:tcPr>
          <w:p w14:paraId="1B8D5F3B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3</w:t>
            </w:r>
          </w:p>
        </w:tc>
        <w:tc>
          <w:tcPr>
            <w:tcW w:w="3960" w:type="dxa"/>
          </w:tcPr>
          <w:p w14:paraId="198B134F" w14:textId="19270A3A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</w:tcPr>
          <w:p w14:paraId="07706C02" w14:textId="02E4A8A9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7EEC45F1" w14:textId="2C7796E5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874A85" w14:paraId="395CBD67" w14:textId="77777777" w:rsidTr="00B72EA1">
        <w:tc>
          <w:tcPr>
            <w:tcW w:w="918" w:type="dxa"/>
          </w:tcPr>
          <w:p w14:paraId="544FFB7D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4</w:t>
            </w:r>
          </w:p>
        </w:tc>
        <w:tc>
          <w:tcPr>
            <w:tcW w:w="3960" w:type="dxa"/>
          </w:tcPr>
          <w:p w14:paraId="1B6FC2FA" w14:textId="4452C9AE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</w:tcPr>
          <w:p w14:paraId="2997BF1F" w14:textId="29CD4EBF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3D8BDAFC" w14:textId="09C01AB5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874A85" w14:paraId="58FFEE2F" w14:textId="77777777" w:rsidTr="00B72EA1">
        <w:tc>
          <w:tcPr>
            <w:tcW w:w="918" w:type="dxa"/>
          </w:tcPr>
          <w:p w14:paraId="35DAF9AD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5</w:t>
            </w:r>
          </w:p>
        </w:tc>
        <w:tc>
          <w:tcPr>
            <w:tcW w:w="3960" w:type="dxa"/>
          </w:tcPr>
          <w:p w14:paraId="2CA932D9" w14:textId="6E6F68BA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</w:tcPr>
          <w:p w14:paraId="72106FDE" w14:textId="7BC27780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7BA08AF6" w14:textId="370FFF50" w:rsidR="00874A85" w:rsidRPr="00D82F92" w:rsidRDefault="00874A85">
            <w:pPr>
              <w:rPr>
                <w:sz w:val="24"/>
                <w:szCs w:val="24"/>
              </w:rPr>
            </w:pPr>
          </w:p>
        </w:tc>
      </w:tr>
    </w:tbl>
    <w:p w14:paraId="6D6173C9" w14:textId="77777777" w:rsidR="00874A85" w:rsidRDefault="00000000">
      <w:r>
        <w:br w:type="page"/>
      </w:r>
    </w:p>
    <w:p w14:paraId="4EA3E9BE" w14:textId="77777777" w:rsidR="00874A85" w:rsidRDefault="00000000">
      <w:pPr>
        <w:pStyle w:val="Heading1"/>
      </w:pPr>
      <w:r>
        <w:lastRenderedPageBreak/>
        <w:t>2. Water Consumption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7"/>
        <w:gridCol w:w="2466"/>
        <w:gridCol w:w="1591"/>
        <w:gridCol w:w="1936"/>
        <w:gridCol w:w="1840"/>
      </w:tblGrid>
      <w:tr w:rsidR="00874A85" w14:paraId="1E30EA28" w14:textId="77777777" w:rsidTr="00BF0B9E">
        <w:tc>
          <w:tcPr>
            <w:tcW w:w="824" w:type="dxa"/>
          </w:tcPr>
          <w:p w14:paraId="014B0474" w14:textId="77777777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Sr. No.</w:t>
            </w:r>
          </w:p>
        </w:tc>
        <w:tc>
          <w:tcPr>
            <w:tcW w:w="2596" w:type="dxa"/>
          </w:tcPr>
          <w:p w14:paraId="35F6953B" w14:textId="77777777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Particulars</w:t>
            </w:r>
          </w:p>
        </w:tc>
        <w:tc>
          <w:tcPr>
            <w:tcW w:w="1591" w:type="dxa"/>
          </w:tcPr>
          <w:p w14:paraId="4FC7D006" w14:textId="77777777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Fresh Water Consumption (KLD)</w:t>
            </w:r>
          </w:p>
        </w:tc>
        <w:tc>
          <w:tcPr>
            <w:tcW w:w="1976" w:type="dxa"/>
          </w:tcPr>
          <w:p w14:paraId="3F846872" w14:textId="77777777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Recycled Water Consumption (KLD)</w:t>
            </w:r>
          </w:p>
        </w:tc>
        <w:tc>
          <w:tcPr>
            <w:tcW w:w="1869" w:type="dxa"/>
          </w:tcPr>
          <w:p w14:paraId="55A7B754" w14:textId="77777777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Total Water Consumption (KLD)</w:t>
            </w:r>
          </w:p>
        </w:tc>
      </w:tr>
      <w:tr w:rsidR="00874A85" w14:paraId="76CEF1A8" w14:textId="77777777" w:rsidTr="00BF0B9E">
        <w:tc>
          <w:tcPr>
            <w:tcW w:w="824" w:type="dxa"/>
          </w:tcPr>
          <w:p w14:paraId="5593D5CC" w14:textId="77777777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A</w:t>
            </w:r>
          </w:p>
        </w:tc>
        <w:tc>
          <w:tcPr>
            <w:tcW w:w="2596" w:type="dxa"/>
          </w:tcPr>
          <w:p w14:paraId="237DE813" w14:textId="77777777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Domestic</w:t>
            </w:r>
          </w:p>
        </w:tc>
        <w:tc>
          <w:tcPr>
            <w:tcW w:w="1591" w:type="dxa"/>
          </w:tcPr>
          <w:p w14:paraId="303CE922" w14:textId="3B047B56" w:rsidR="00874A85" w:rsidRPr="008C6A35" w:rsidRDefault="00874A85">
            <w:pPr>
              <w:rPr>
                <w:sz w:val="24"/>
                <w:szCs w:val="24"/>
              </w:rPr>
            </w:pPr>
          </w:p>
        </w:tc>
        <w:tc>
          <w:tcPr>
            <w:tcW w:w="1976" w:type="dxa"/>
          </w:tcPr>
          <w:p w14:paraId="2BC89B17" w14:textId="50A3E7E7" w:rsidR="00874A85" w:rsidRPr="008C6A35" w:rsidRDefault="00874A85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49F27DBF" w14:textId="435C8D42" w:rsidR="00874A85" w:rsidRPr="008C6A35" w:rsidRDefault="00874A85">
            <w:pPr>
              <w:rPr>
                <w:sz w:val="24"/>
                <w:szCs w:val="24"/>
              </w:rPr>
            </w:pPr>
          </w:p>
        </w:tc>
      </w:tr>
      <w:tr w:rsidR="00874A85" w14:paraId="2F69A83B" w14:textId="77777777" w:rsidTr="00BF0B9E">
        <w:tc>
          <w:tcPr>
            <w:tcW w:w="824" w:type="dxa"/>
          </w:tcPr>
          <w:p w14:paraId="7C19C219" w14:textId="77777777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B</w:t>
            </w:r>
          </w:p>
        </w:tc>
        <w:tc>
          <w:tcPr>
            <w:tcW w:w="2596" w:type="dxa"/>
          </w:tcPr>
          <w:p w14:paraId="033833E5" w14:textId="77777777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Gardening</w:t>
            </w:r>
          </w:p>
        </w:tc>
        <w:tc>
          <w:tcPr>
            <w:tcW w:w="1591" w:type="dxa"/>
          </w:tcPr>
          <w:p w14:paraId="1E2B8095" w14:textId="22177BE6" w:rsidR="00874A85" w:rsidRPr="008C6A35" w:rsidRDefault="00874A85">
            <w:pPr>
              <w:rPr>
                <w:sz w:val="24"/>
                <w:szCs w:val="24"/>
              </w:rPr>
            </w:pPr>
          </w:p>
        </w:tc>
        <w:tc>
          <w:tcPr>
            <w:tcW w:w="1976" w:type="dxa"/>
          </w:tcPr>
          <w:p w14:paraId="05F083F0" w14:textId="2C24FD55" w:rsidR="00874A85" w:rsidRPr="008C6A35" w:rsidRDefault="00874A85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77025451" w14:textId="35FC53BB" w:rsidR="00874A85" w:rsidRPr="008C6A35" w:rsidRDefault="00874A85">
            <w:pPr>
              <w:rPr>
                <w:sz w:val="24"/>
                <w:szCs w:val="24"/>
              </w:rPr>
            </w:pPr>
          </w:p>
        </w:tc>
      </w:tr>
      <w:tr w:rsidR="00BF0B9E" w14:paraId="26AB1386" w14:textId="77777777" w:rsidTr="00BF0B9E">
        <w:tc>
          <w:tcPr>
            <w:tcW w:w="824" w:type="dxa"/>
          </w:tcPr>
          <w:p w14:paraId="1C3E59DE" w14:textId="4DA4404D" w:rsidR="00BF0B9E" w:rsidRPr="008C6A35" w:rsidRDefault="00BF0B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2596" w:type="dxa"/>
          </w:tcPr>
          <w:p w14:paraId="0BE71589" w14:textId="6DBCC4F2" w:rsidR="00BF0B9E" w:rsidRPr="008C6A35" w:rsidRDefault="00BF0B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Industrial </w:t>
            </w:r>
          </w:p>
        </w:tc>
        <w:tc>
          <w:tcPr>
            <w:tcW w:w="1591" w:type="dxa"/>
          </w:tcPr>
          <w:p w14:paraId="3B31EEFA" w14:textId="77777777" w:rsidR="00BF0B9E" w:rsidRPr="008C6A35" w:rsidRDefault="00BF0B9E">
            <w:pPr>
              <w:rPr>
                <w:sz w:val="24"/>
                <w:szCs w:val="24"/>
              </w:rPr>
            </w:pPr>
          </w:p>
        </w:tc>
        <w:tc>
          <w:tcPr>
            <w:tcW w:w="1976" w:type="dxa"/>
          </w:tcPr>
          <w:p w14:paraId="05A9CE3B" w14:textId="77777777" w:rsidR="00BF0B9E" w:rsidRPr="008C6A35" w:rsidRDefault="00BF0B9E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5E596601" w14:textId="77777777" w:rsidR="00BF0B9E" w:rsidRPr="008C6A35" w:rsidRDefault="00BF0B9E">
            <w:pPr>
              <w:rPr>
                <w:sz w:val="24"/>
                <w:szCs w:val="24"/>
              </w:rPr>
            </w:pPr>
          </w:p>
        </w:tc>
      </w:tr>
      <w:tr w:rsidR="00874A85" w14:paraId="29087B30" w14:textId="77777777" w:rsidTr="00BF0B9E">
        <w:tc>
          <w:tcPr>
            <w:tcW w:w="824" w:type="dxa"/>
          </w:tcPr>
          <w:p w14:paraId="03679C34" w14:textId="0DB10BF5" w:rsidR="00874A85" w:rsidRPr="008C6A35" w:rsidRDefault="00BF0B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96" w:type="dxa"/>
          </w:tcPr>
          <w:p w14:paraId="38E03648" w14:textId="782F9629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Processing</w:t>
            </w:r>
          </w:p>
        </w:tc>
        <w:tc>
          <w:tcPr>
            <w:tcW w:w="1591" w:type="dxa"/>
          </w:tcPr>
          <w:p w14:paraId="0C8F3543" w14:textId="18DE8001" w:rsidR="00874A85" w:rsidRPr="008C6A35" w:rsidRDefault="00874A85">
            <w:pPr>
              <w:rPr>
                <w:sz w:val="24"/>
                <w:szCs w:val="24"/>
              </w:rPr>
            </w:pPr>
          </w:p>
        </w:tc>
        <w:tc>
          <w:tcPr>
            <w:tcW w:w="1976" w:type="dxa"/>
          </w:tcPr>
          <w:p w14:paraId="6CFAFB4B" w14:textId="5DD393EB" w:rsidR="00874A85" w:rsidRPr="008C6A35" w:rsidRDefault="00874A85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73874FAC" w14:textId="79F8EE1C" w:rsidR="00874A85" w:rsidRPr="008C6A35" w:rsidRDefault="00874A85">
            <w:pPr>
              <w:rPr>
                <w:sz w:val="24"/>
                <w:szCs w:val="24"/>
              </w:rPr>
            </w:pPr>
          </w:p>
        </w:tc>
      </w:tr>
      <w:tr w:rsidR="00874A85" w14:paraId="6EFB306D" w14:textId="77777777" w:rsidTr="00BF0B9E">
        <w:tc>
          <w:tcPr>
            <w:tcW w:w="824" w:type="dxa"/>
          </w:tcPr>
          <w:p w14:paraId="456AA419" w14:textId="01E5495D" w:rsidR="00874A85" w:rsidRPr="008C6A35" w:rsidRDefault="008C6A35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2</w:t>
            </w:r>
          </w:p>
        </w:tc>
        <w:tc>
          <w:tcPr>
            <w:tcW w:w="2596" w:type="dxa"/>
          </w:tcPr>
          <w:p w14:paraId="27262DBF" w14:textId="0FC0F2CF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Boiler</w:t>
            </w:r>
          </w:p>
        </w:tc>
        <w:tc>
          <w:tcPr>
            <w:tcW w:w="1591" w:type="dxa"/>
          </w:tcPr>
          <w:p w14:paraId="7EB5C9FB" w14:textId="13F259BF" w:rsidR="00874A85" w:rsidRPr="008C6A35" w:rsidRDefault="00874A85">
            <w:pPr>
              <w:rPr>
                <w:sz w:val="24"/>
                <w:szCs w:val="24"/>
              </w:rPr>
            </w:pPr>
          </w:p>
        </w:tc>
        <w:tc>
          <w:tcPr>
            <w:tcW w:w="1976" w:type="dxa"/>
          </w:tcPr>
          <w:p w14:paraId="1F129AF8" w14:textId="2625D1E7" w:rsidR="00874A85" w:rsidRPr="008C6A35" w:rsidRDefault="00874A85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27CFEE71" w14:textId="2AE173D7" w:rsidR="00874A85" w:rsidRPr="008C6A35" w:rsidRDefault="00874A85">
            <w:pPr>
              <w:rPr>
                <w:sz w:val="24"/>
                <w:szCs w:val="24"/>
              </w:rPr>
            </w:pPr>
          </w:p>
        </w:tc>
      </w:tr>
      <w:tr w:rsidR="00874A85" w14:paraId="3DE56638" w14:textId="77777777" w:rsidTr="00BF0B9E">
        <w:tc>
          <w:tcPr>
            <w:tcW w:w="824" w:type="dxa"/>
          </w:tcPr>
          <w:p w14:paraId="357DBB76" w14:textId="543C287C" w:rsidR="00874A85" w:rsidRPr="008C6A35" w:rsidRDefault="008C6A35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3</w:t>
            </w:r>
          </w:p>
        </w:tc>
        <w:tc>
          <w:tcPr>
            <w:tcW w:w="2596" w:type="dxa"/>
          </w:tcPr>
          <w:p w14:paraId="338D6D11" w14:textId="7862E1EA" w:rsidR="00874A85" w:rsidRPr="008C6A35" w:rsidRDefault="00000000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Cooling</w:t>
            </w:r>
          </w:p>
        </w:tc>
        <w:tc>
          <w:tcPr>
            <w:tcW w:w="1591" w:type="dxa"/>
          </w:tcPr>
          <w:p w14:paraId="539DFECA" w14:textId="57B4B595" w:rsidR="00874A85" w:rsidRPr="008C6A35" w:rsidRDefault="00874A85">
            <w:pPr>
              <w:rPr>
                <w:sz w:val="24"/>
                <w:szCs w:val="24"/>
              </w:rPr>
            </w:pPr>
          </w:p>
        </w:tc>
        <w:tc>
          <w:tcPr>
            <w:tcW w:w="1976" w:type="dxa"/>
          </w:tcPr>
          <w:p w14:paraId="6F446E83" w14:textId="17D81545" w:rsidR="00874A85" w:rsidRPr="008C6A35" w:rsidRDefault="00874A85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2F507D58" w14:textId="5369AB29" w:rsidR="00874A85" w:rsidRPr="008C6A35" w:rsidRDefault="00874A85">
            <w:pPr>
              <w:rPr>
                <w:sz w:val="24"/>
                <w:szCs w:val="24"/>
              </w:rPr>
            </w:pPr>
          </w:p>
        </w:tc>
      </w:tr>
      <w:tr w:rsidR="008C6A35" w14:paraId="7B5E4F59" w14:textId="77777777" w:rsidTr="00BF0B9E">
        <w:tc>
          <w:tcPr>
            <w:tcW w:w="824" w:type="dxa"/>
          </w:tcPr>
          <w:p w14:paraId="16CABBBE" w14:textId="7C28E2C4" w:rsidR="008C6A35" w:rsidRPr="008C6A35" w:rsidRDefault="00BF0B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2596" w:type="dxa"/>
          </w:tcPr>
          <w:p w14:paraId="7A91295C" w14:textId="67515533" w:rsidR="008C6A35" w:rsidRPr="008C6A35" w:rsidRDefault="008C6A35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 xml:space="preserve">Total Industrial </w:t>
            </w:r>
          </w:p>
        </w:tc>
        <w:tc>
          <w:tcPr>
            <w:tcW w:w="1591" w:type="dxa"/>
          </w:tcPr>
          <w:p w14:paraId="2DEC973F" w14:textId="77777777" w:rsidR="008C6A35" w:rsidRPr="008C6A35" w:rsidRDefault="008C6A35">
            <w:pPr>
              <w:rPr>
                <w:sz w:val="24"/>
                <w:szCs w:val="24"/>
              </w:rPr>
            </w:pPr>
          </w:p>
        </w:tc>
        <w:tc>
          <w:tcPr>
            <w:tcW w:w="1976" w:type="dxa"/>
          </w:tcPr>
          <w:p w14:paraId="68732A38" w14:textId="77777777" w:rsidR="008C6A35" w:rsidRPr="008C6A35" w:rsidRDefault="008C6A35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25279A7C" w14:textId="77777777" w:rsidR="008C6A35" w:rsidRPr="008C6A35" w:rsidRDefault="008C6A35">
            <w:pPr>
              <w:rPr>
                <w:sz w:val="24"/>
                <w:szCs w:val="24"/>
              </w:rPr>
            </w:pPr>
          </w:p>
        </w:tc>
      </w:tr>
      <w:tr w:rsidR="008C6A35" w14:paraId="2ABB897E" w14:textId="77777777" w:rsidTr="00BF0B9E">
        <w:tc>
          <w:tcPr>
            <w:tcW w:w="3420" w:type="dxa"/>
            <w:gridSpan w:val="2"/>
          </w:tcPr>
          <w:p w14:paraId="06194D20" w14:textId="305D28B7" w:rsidR="008C6A35" w:rsidRPr="008C6A35" w:rsidRDefault="008C6A35">
            <w:pPr>
              <w:rPr>
                <w:sz w:val="24"/>
                <w:szCs w:val="24"/>
              </w:rPr>
            </w:pPr>
            <w:r w:rsidRPr="008C6A35">
              <w:rPr>
                <w:sz w:val="24"/>
                <w:szCs w:val="24"/>
              </w:rPr>
              <w:t>Grand Total (A+B+C)</w:t>
            </w:r>
          </w:p>
        </w:tc>
        <w:tc>
          <w:tcPr>
            <w:tcW w:w="1591" w:type="dxa"/>
          </w:tcPr>
          <w:p w14:paraId="13B085E4" w14:textId="77777777" w:rsidR="008C6A35" w:rsidRPr="008C6A35" w:rsidRDefault="008C6A35">
            <w:pPr>
              <w:rPr>
                <w:sz w:val="24"/>
                <w:szCs w:val="24"/>
              </w:rPr>
            </w:pPr>
          </w:p>
        </w:tc>
        <w:tc>
          <w:tcPr>
            <w:tcW w:w="1976" w:type="dxa"/>
          </w:tcPr>
          <w:p w14:paraId="760D3751" w14:textId="77777777" w:rsidR="008C6A35" w:rsidRPr="008C6A35" w:rsidRDefault="008C6A35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7410272B" w14:textId="77777777" w:rsidR="008C6A35" w:rsidRPr="008C6A35" w:rsidRDefault="008C6A35">
            <w:pPr>
              <w:rPr>
                <w:sz w:val="24"/>
                <w:szCs w:val="24"/>
              </w:rPr>
            </w:pPr>
          </w:p>
        </w:tc>
      </w:tr>
    </w:tbl>
    <w:p w14:paraId="2C7886BF" w14:textId="77777777" w:rsidR="008C6A35" w:rsidRDefault="008C6A35" w:rsidP="008C6A35">
      <w:pPr>
        <w:pStyle w:val="Heading1"/>
      </w:pPr>
      <w:r>
        <w:t>3. Wastewater Generation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1"/>
        <w:gridCol w:w="1913"/>
        <w:gridCol w:w="1522"/>
        <w:gridCol w:w="1052"/>
        <w:gridCol w:w="1457"/>
        <w:gridCol w:w="1895"/>
      </w:tblGrid>
      <w:tr w:rsidR="00BF0B9E" w14:paraId="3004382F" w14:textId="77777777" w:rsidTr="00BF0B9E">
        <w:tc>
          <w:tcPr>
            <w:tcW w:w="821" w:type="dxa"/>
          </w:tcPr>
          <w:p w14:paraId="26D61D0A" w14:textId="77777777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Sr. No.</w:t>
            </w:r>
          </w:p>
        </w:tc>
        <w:tc>
          <w:tcPr>
            <w:tcW w:w="1987" w:type="dxa"/>
          </w:tcPr>
          <w:p w14:paraId="7F24BF54" w14:textId="77777777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Particulars</w:t>
            </w:r>
          </w:p>
        </w:tc>
        <w:tc>
          <w:tcPr>
            <w:tcW w:w="1530" w:type="dxa"/>
          </w:tcPr>
          <w:p w14:paraId="3FCCEA48" w14:textId="77777777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Wastewater Generation (KLD)</w:t>
            </w:r>
          </w:p>
        </w:tc>
        <w:tc>
          <w:tcPr>
            <w:tcW w:w="1080" w:type="dxa"/>
          </w:tcPr>
          <w:p w14:paraId="3344B43C" w14:textId="77777777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Reuse (KLD)</w:t>
            </w:r>
          </w:p>
        </w:tc>
        <w:tc>
          <w:tcPr>
            <w:tcW w:w="1440" w:type="dxa"/>
          </w:tcPr>
          <w:p w14:paraId="6DC320BC" w14:textId="77777777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Wastewater Disposal (KLD)</w:t>
            </w:r>
          </w:p>
        </w:tc>
        <w:tc>
          <w:tcPr>
            <w:tcW w:w="1998" w:type="dxa"/>
          </w:tcPr>
          <w:p w14:paraId="71CBBC50" w14:textId="77777777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Mode of Disposal</w:t>
            </w:r>
          </w:p>
        </w:tc>
      </w:tr>
      <w:tr w:rsidR="00BF0B9E" w14:paraId="475139E0" w14:textId="77777777" w:rsidTr="00BF0B9E">
        <w:tc>
          <w:tcPr>
            <w:tcW w:w="821" w:type="dxa"/>
          </w:tcPr>
          <w:p w14:paraId="2CEC24F0" w14:textId="77777777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A</w:t>
            </w:r>
          </w:p>
        </w:tc>
        <w:tc>
          <w:tcPr>
            <w:tcW w:w="1987" w:type="dxa"/>
          </w:tcPr>
          <w:p w14:paraId="7A51D810" w14:textId="77777777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Domestic</w:t>
            </w:r>
          </w:p>
        </w:tc>
        <w:tc>
          <w:tcPr>
            <w:tcW w:w="1530" w:type="dxa"/>
          </w:tcPr>
          <w:p w14:paraId="30DAC597" w14:textId="08E9657D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3DAFB5C" w14:textId="2729C7F9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12E9D988" w14:textId="606F4152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</w:tcPr>
          <w:p w14:paraId="304AF978" w14:textId="1D8708F4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</w:tr>
      <w:tr w:rsidR="00BF0B9E" w14:paraId="4D778C66" w14:textId="77777777" w:rsidTr="00BF0B9E">
        <w:tc>
          <w:tcPr>
            <w:tcW w:w="821" w:type="dxa"/>
          </w:tcPr>
          <w:p w14:paraId="48A56367" w14:textId="2B12F85D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B</w:t>
            </w:r>
          </w:p>
        </w:tc>
        <w:tc>
          <w:tcPr>
            <w:tcW w:w="1987" w:type="dxa"/>
          </w:tcPr>
          <w:p w14:paraId="0BE351A5" w14:textId="3CA265B2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Industrial</w:t>
            </w:r>
          </w:p>
        </w:tc>
        <w:tc>
          <w:tcPr>
            <w:tcW w:w="1530" w:type="dxa"/>
          </w:tcPr>
          <w:p w14:paraId="2ABFD7A5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1CC0B155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275FBBEF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</w:tcPr>
          <w:p w14:paraId="1EB98031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</w:tr>
      <w:tr w:rsidR="00BF0B9E" w14:paraId="58181549" w14:textId="77777777" w:rsidTr="00BF0B9E">
        <w:tc>
          <w:tcPr>
            <w:tcW w:w="821" w:type="dxa"/>
          </w:tcPr>
          <w:p w14:paraId="12261295" w14:textId="367AD651" w:rsidR="008C6A35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1</w:t>
            </w:r>
          </w:p>
        </w:tc>
        <w:tc>
          <w:tcPr>
            <w:tcW w:w="1987" w:type="dxa"/>
          </w:tcPr>
          <w:p w14:paraId="59A38730" w14:textId="7CD8BEDB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Processing</w:t>
            </w:r>
          </w:p>
        </w:tc>
        <w:tc>
          <w:tcPr>
            <w:tcW w:w="1530" w:type="dxa"/>
          </w:tcPr>
          <w:p w14:paraId="71862AF4" w14:textId="4E12E2A1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432ACFC5" w14:textId="6C1DCB73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5C719F97" w14:textId="4C657A9E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</w:tcPr>
          <w:p w14:paraId="0E045AB2" w14:textId="7CE73191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</w:tr>
      <w:tr w:rsidR="00BF0B9E" w14:paraId="28152535" w14:textId="77777777" w:rsidTr="00BF0B9E">
        <w:tc>
          <w:tcPr>
            <w:tcW w:w="821" w:type="dxa"/>
          </w:tcPr>
          <w:p w14:paraId="2EF57B52" w14:textId="217CAB3B" w:rsidR="008C6A35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2</w:t>
            </w:r>
          </w:p>
        </w:tc>
        <w:tc>
          <w:tcPr>
            <w:tcW w:w="1987" w:type="dxa"/>
          </w:tcPr>
          <w:p w14:paraId="1A88BE8D" w14:textId="72CAB14A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Boiler</w:t>
            </w:r>
          </w:p>
        </w:tc>
        <w:tc>
          <w:tcPr>
            <w:tcW w:w="1530" w:type="dxa"/>
          </w:tcPr>
          <w:p w14:paraId="0B02DED3" w14:textId="0215681A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082AEF97" w14:textId="7E2C3C62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72362A67" w14:textId="4EED3C39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</w:tcPr>
          <w:p w14:paraId="23059440" w14:textId="458D0B09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</w:tr>
      <w:tr w:rsidR="00BF0B9E" w14:paraId="40946D98" w14:textId="77777777" w:rsidTr="00BF0B9E">
        <w:tc>
          <w:tcPr>
            <w:tcW w:w="821" w:type="dxa"/>
          </w:tcPr>
          <w:p w14:paraId="4E412072" w14:textId="46C1CD0D" w:rsidR="008C6A35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3</w:t>
            </w:r>
          </w:p>
        </w:tc>
        <w:tc>
          <w:tcPr>
            <w:tcW w:w="1987" w:type="dxa"/>
          </w:tcPr>
          <w:p w14:paraId="3386861D" w14:textId="65FB9957" w:rsidR="008C6A35" w:rsidRPr="00D82F92" w:rsidRDefault="008C6A35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Cooling</w:t>
            </w:r>
          </w:p>
        </w:tc>
        <w:tc>
          <w:tcPr>
            <w:tcW w:w="1530" w:type="dxa"/>
          </w:tcPr>
          <w:p w14:paraId="4AD3D210" w14:textId="5DA31E44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3B2E8D40" w14:textId="78B54849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03ED9723" w14:textId="6F750E5F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</w:tcPr>
          <w:p w14:paraId="4CCBC6BF" w14:textId="0A476186" w:rsidR="008C6A35" w:rsidRPr="00D82F92" w:rsidRDefault="008C6A35" w:rsidP="00501F40">
            <w:pPr>
              <w:rPr>
                <w:sz w:val="24"/>
                <w:szCs w:val="24"/>
              </w:rPr>
            </w:pPr>
          </w:p>
        </w:tc>
      </w:tr>
      <w:tr w:rsidR="008C6A35" w14:paraId="6D7C1B0A" w14:textId="77777777" w:rsidTr="00BF0B9E">
        <w:tc>
          <w:tcPr>
            <w:tcW w:w="821" w:type="dxa"/>
          </w:tcPr>
          <w:p w14:paraId="2ABB1EF3" w14:textId="372AF88A" w:rsidR="008C6A35" w:rsidRPr="00D82F92" w:rsidRDefault="00BF0B9E" w:rsidP="008C6A35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B</w:t>
            </w:r>
          </w:p>
        </w:tc>
        <w:tc>
          <w:tcPr>
            <w:tcW w:w="1987" w:type="dxa"/>
          </w:tcPr>
          <w:p w14:paraId="679F22B2" w14:textId="67F079D6" w:rsidR="008C6A35" w:rsidRPr="00D82F92" w:rsidRDefault="008C6A35" w:rsidP="008C6A35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 xml:space="preserve">Total Industrial </w:t>
            </w:r>
          </w:p>
        </w:tc>
        <w:tc>
          <w:tcPr>
            <w:tcW w:w="1530" w:type="dxa"/>
          </w:tcPr>
          <w:p w14:paraId="5F02FF5F" w14:textId="77777777" w:rsidR="008C6A35" w:rsidRPr="00D82F92" w:rsidRDefault="008C6A35" w:rsidP="008C6A35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110BD142" w14:textId="77777777" w:rsidR="008C6A35" w:rsidRPr="00D82F92" w:rsidRDefault="008C6A35" w:rsidP="008C6A3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0D677A1E" w14:textId="77777777" w:rsidR="008C6A35" w:rsidRPr="00D82F92" w:rsidRDefault="008C6A35" w:rsidP="008C6A35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</w:tcPr>
          <w:p w14:paraId="55C479A9" w14:textId="77777777" w:rsidR="008C6A35" w:rsidRPr="00D82F92" w:rsidRDefault="008C6A35" w:rsidP="008C6A35">
            <w:pPr>
              <w:rPr>
                <w:sz w:val="24"/>
                <w:szCs w:val="24"/>
              </w:rPr>
            </w:pPr>
          </w:p>
        </w:tc>
      </w:tr>
      <w:tr w:rsidR="008C6A35" w14:paraId="2FA798B8" w14:textId="77777777" w:rsidTr="00BF0B9E">
        <w:tc>
          <w:tcPr>
            <w:tcW w:w="2808" w:type="dxa"/>
            <w:gridSpan w:val="2"/>
          </w:tcPr>
          <w:p w14:paraId="042E3FE1" w14:textId="5DDAF883" w:rsidR="008C6A35" w:rsidRPr="00D82F92" w:rsidRDefault="008C6A35" w:rsidP="008C6A35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Grand Total (A+</w:t>
            </w:r>
            <w:r w:rsidR="00BF0B9E" w:rsidRPr="00D82F92">
              <w:rPr>
                <w:sz w:val="24"/>
                <w:szCs w:val="24"/>
              </w:rPr>
              <w:t>B</w:t>
            </w:r>
            <w:r w:rsidRPr="00D82F92">
              <w:rPr>
                <w:sz w:val="24"/>
                <w:szCs w:val="24"/>
              </w:rPr>
              <w:t>)</w:t>
            </w:r>
          </w:p>
        </w:tc>
        <w:tc>
          <w:tcPr>
            <w:tcW w:w="1530" w:type="dxa"/>
          </w:tcPr>
          <w:p w14:paraId="7D55582D" w14:textId="77777777" w:rsidR="008C6A35" w:rsidRPr="00D82F92" w:rsidRDefault="008C6A35" w:rsidP="008C6A35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4E24B474" w14:textId="77777777" w:rsidR="008C6A35" w:rsidRPr="00D82F92" w:rsidRDefault="008C6A35" w:rsidP="008C6A3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712B9496" w14:textId="77777777" w:rsidR="008C6A35" w:rsidRPr="00D82F92" w:rsidRDefault="008C6A35" w:rsidP="008C6A35">
            <w:pPr>
              <w:rPr>
                <w:sz w:val="24"/>
                <w:szCs w:val="24"/>
              </w:rPr>
            </w:pPr>
          </w:p>
        </w:tc>
        <w:tc>
          <w:tcPr>
            <w:tcW w:w="1998" w:type="dxa"/>
          </w:tcPr>
          <w:p w14:paraId="2FF04584" w14:textId="77777777" w:rsidR="008C6A35" w:rsidRPr="00D82F92" w:rsidRDefault="008C6A35" w:rsidP="008C6A35">
            <w:pPr>
              <w:rPr>
                <w:sz w:val="24"/>
                <w:szCs w:val="24"/>
              </w:rPr>
            </w:pPr>
          </w:p>
        </w:tc>
      </w:tr>
    </w:tbl>
    <w:p w14:paraId="6793C1B7" w14:textId="77777777" w:rsidR="00B72EA1" w:rsidRDefault="00B72EA1"/>
    <w:p w14:paraId="248F569A" w14:textId="13DB8541" w:rsidR="00874A85" w:rsidRDefault="00B72EA1">
      <w:r w:rsidRPr="00D82F92">
        <w:rPr>
          <w:sz w:val="24"/>
          <w:szCs w:val="24"/>
        </w:rPr>
        <w:t>Special Note</w:t>
      </w:r>
      <w:r>
        <w:t>:</w:t>
      </w:r>
      <w:r>
        <w:br w:type="page"/>
      </w:r>
    </w:p>
    <w:p w14:paraId="10C624E7" w14:textId="77777777" w:rsidR="00874A85" w:rsidRDefault="00000000">
      <w:pPr>
        <w:pStyle w:val="Heading1"/>
      </w:pPr>
      <w:r>
        <w:lastRenderedPageBreak/>
        <w:t>4. Effluent Treatment Plant (ETP)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7"/>
        <w:gridCol w:w="4404"/>
        <w:gridCol w:w="810"/>
        <w:gridCol w:w="2589"/>
      </w:tblGrid>
      <w:tr w:rsidR="00874A85" w14:paraId="2C27D2E5" w14:textId="77777777" w:rsidTr="00BF0B9E">
        <w:tc>
          <w:tcPr>
            <w:tcW w:w="828" w:type="dxa"/>
          </w:tcPr>
          <w:p w14:paraId="1C827DE6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Sr. No.</w:t>
            </w:r>
          </w:p>
        </w:tc>
        <w:tc>
          <w:tcPr>
            <w:tcW w:w="4410" w:type="dxa"/>
          </w:tcPr>
          <w:p w14:paraId="55249B13" w14:textId="4161EB5C" w:rsidR="00874A85" w:rsidRPr="00D82F92" w:rsidRDefault="00BF0B9E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Name of Equipment</w:t>
            </w:r>
          </w:p>
        </w:tc>
        <w:tc>
          <w:tcPr>
            <w:tcW w:w="810" w:type="dxa"/>
          </w:tcPr>
          <w:p w14:paraId="785DFC6B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Qty.</w:t>
            </w:r>
          </w:p>
        </w:tc>
        <w:tc>
          <w:tcPr>
            <w:tcW w:w="2592" w:type="dxa"/>
          </w:tcPr>
          <w:p w14:paraId="48A990E1" w14:textId="2124C99C" w:rsidR="00874A85" w:rsidRPr="00D82F92" w:rsidRDefault="00BF0B9E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Equipment Capacity (M³)</w:t>
            </w:r>
          </w:p>
        </w:tc>
      </w:tr>
      <w:tr w:rsidR="00874A85" w14:paraId="003D415D" w14:textId="77777777" w:rsidTr="00BF0B9E">
        <w:tc>
          <w:tcPr>
            <w:tcW w:w="828" w:type="dxa"/>
          </w:tcPr>
          <w:p w14:paraId="0ED255CA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1</w:t>
            </w:r>
          </w:p>
        </w:tc>
        <w:tc>
          <w:tcPr>
            <w:tcW w:w="4410" w:type="dxa"/>
          </w:tcPr>
          <w:p w14:paraId="3631DB82" w14:textId="55EEFCD3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31BEDBC0" w14:textId="41723884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02012035" w14:textId="2EE173F7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874A85" w14:paraId="7AAECB4A" w14:textId="77777777" w:rsidTr="00BF0B9E">
        <w:tc>
          <w:tcPr>
            <w:tcW w:w="828" w:type="dxa"/>
          </w:tcPr>
          <w:p w14:paraId="4901316D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2</w:t>
            </w:r>
          </w:p>
        </w:tc>
        <w:tc>
          <w:tcPr>
            <w:tcW w:w="4410" w:type="dxa"/>
          </w:tcPr>
          <w:p w14:paraId="4DD20C9D" w14:textId="0478DCE7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0E3AD3CE" w14:textId="4C661D24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01DC477A" w14:textId="1A2AA1E0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874A85" w14:paraId="2597FCC8" w14:textId="77777777" w:rsidTr="00BF0B9E">
        <w:tc>
          <w:tcPr>
            <w:tcW w:w="828" w:type="dxa"/>
          </w:tcPr>
          <w:p w14:paraId="1EB9CA07" w14:textId="77777777" w:rsidR="00874A85" w:rsidRPr="00D82F92" w:rsidRDefault="0000000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3</w:t>
            </w:r>
          </w:p>
        </w:tc>
        <w:tc>
          <w:tcPr>
            <w:tcW w:w="4410" w:type="dxa"/>
          </w:tcPr>
          <w:p w14:paraId="58882790" w14:textId="609AD4C5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7A62A1EA" w14:textId="2BBF2FD5" w:rsidR="00874A85" w:rsidRPr="00D82F92" w:rsidRDefault="00874A85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34EA8FB6" w14:textId="7090CB5D" w:rsidR="00874A85" w:rsidRPr="00D82F92" w:rsidRDefault="00874A85">
            <w:pPr>
              <w:rPr>
                <w:sz w:val="24"/>
                <w:szCs w:val="24"/>
              </w:rPr>
            </w:pPr>
          </w:p>
        </w:tc>
      </w:tr>
      <w:tr w:rsidR="00BF0B9E" w14:paraId="2BBAF401" w14:textId="77777777" w:rsidTr="00BF0B9E">
        <w:tc>
          <w:tcPr>
            <w:tcW w:w="828" w:type="dxa"/>
          </w:tcPr>
          <w:p w14:paraId="6D056DAF" w14:textId="6713D122" w:rsidR="00BF0B9E" w:rsidRPr="00D82F92" w:rsidRDefault="00BF0B9E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4</w:t>
            </w:r>
          </w:p>
        </w:tc>
        <w:tc>
          <w:tcPr>
            <w:tcW w:w="4410" w:type="dxa"/>
          </w:tcPr>
          <w:p w14:paraId="044DB868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34A81B90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30363C7A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</w:tr>
      <w:tr w:rsidR="00BF0B9E" w14:paraId="74E91B25" w14:textId="77777777" w:rsidTr="00BF0B9E">
        <w:tc>
          <w:tcPr>
            <w:tcW w:w="828" w:type="dxa"/>
          </w:tcPr>
          <w:p w14:paraId="7856EFBC" w14:textId="7E4AE508" w:rsidR="00BF0B9E" w:rsidRPr="00D82F92" w:rsidRDefault="00BF0B9E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5</w:t>
            </w:r>
          </w:p>
        </w:tc>
        <w:tc>
          <w:tcPr>
            <w:tcW w:w="4410" w:type="dxa"/>
          </w:tcPr>
          <w:p w14:paraId="3A38062B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125177AA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5A6878A4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</w:tr>
      <w:tr w:rsidR="00BF0B9E" w14:paraId="5CF9E388" w14:textId="77777777" w:rsidTr="00BF0B9E">
        <w:tc>
          <w:tcPr>
            <w:tcW w:w="828" w:type="dxa"/>
          </w:tcPr>
          <w:p w14:paraId="16A257EF" w14:textId="1A416263" w:rsidR="00BF0B9E" w:rsidRPr="00D82F92" w:rsidRDefault="00BF0B9E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6</w:t>
            </w:r>
          </w:p>
        </w:tc>
        <w:tc>
          <w:tcPr>
            <w:tcW w:w="4410" w:type="dxa"/>
          </w:tcPr>
          <w:p w14:paraId="6D142C7C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39FB87E2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0198C63E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</w:tr>
      <w:tr w:rsidR="00BF0B9E" w14:paraId="1FB46859" w14:textId="77777777" w:rsidTr="00BF0B9E">
        <w:tc>
          <w:tcPr>
            <w:tcW w:w="828" w:type="dxa"/>
          </w:tcPr>
          <w:p w14:paraId="53CA417D" w14:textId="59683AD1" w:rsidR="00BF0B9E" w:rsidRPr="00D82F92" w:rsidRDefault="00BF0B9E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7</w:t>
            </w:r>
          </w:p>
        </w:tc>
        <w:tc>
          <w:tcPr>
            <w:tcW w:w="4410" w:type="dxa"/>
          </w:tcPr>
          <w:p w14:paraId="113F4A74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44180926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6923DBCE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</w:tr>
      <w:tr w:rsidR="00BF0B9E" w14:paraId="2922A66C" w14:textId="77777777" w:rsidTr="00BF0B9E">
        <w:tc>
          <w:tcPr>
            <w:tcW w:w="828" w:type="dxa"/>
          </w:tcPr>
          <w:p w14:paraId="213B4B81" w14:textId="31573DE6" w:rsidR="00BF0B9E" w:rsidRPr="00D82F92" w:rsidRDefault="00BF0B9E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8</w:t>
            </w:r>
          </w:p>
        </w:tc>
        <w:tc>
          <w:tcPr>
            <w:tcW w:w="4410" w:type="dxa"/>
          </w:tcPr>
          <w:p w14:paraId="7ACC5E57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0D4C1E94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3C3DC7B1" w14:textId="77777777" w:rsidR="00BF0B9E" w:rsidRPr="00D82F92" w:rsidRDefault="00BF0B9E">
            <w:pPr>
              <w:rPr>
                <w:sz w:val="24"/>
                <w:szCs w:val="24"/>
              </w:rPr>
            </w:pPr>
          </w:p>
        </w:tc>
      </w:tr>
    </w:tbl>
    <w:p w14:paraId="52C938F5" w14:textId="2F374EF8" w:rsidR="00874A85" w:rsidRPr="00D82F92" w:rsidRDefault="00000000">
      <w:pPr>
        <w:pStyle w:val="Heading2"/>
        <w:rPr>
          <w:sz w:val="28"/>
          <w:szCs w:val="28"/>
        </w:rPr>
      </w:pPr>
      <w:r w:rsidRPr="00D82F92">
        <w:rPr>
          <w:sz w:val="28"/>
          <w:szCs w:val="28"/>
        </w:rPr>
        <w:t>Brief Description of ETP:</w:t>
      </w:r>
    </w:p>
    <w:p w14:paraId="524AC8B9" w14:textId="77777777" w:rsidR="00BF0B9E" w:rsidRPr="00D82F92" w:rsidRDefault="00BF0B9E">
      <w:pPr>
        <w:rPr>
          <w:sz w:val="24"/>
          <w:szCs w:val="24"/>
        </w:rPr>
      </w:pPr>
    </w:p>
    <w:p w14:paraId="0919CBBE" w14:textId="77777777" w:rsidR="00BF0B9E" w:rsidRDefault="00BF0B9E"/>
    <w:p w14:paraId="3A3DE4DD" w14:textId="77777777" w:rsidR="00BF0B9E" w:rsidRDefault="00BF0B9E"/>
    <w:p w14:paraId="442460D2" w14:textId="5D5E52C6" w:rsidR="00BF0B9E" w:rsidRDefault="00B72EA1" w:rsidP="00BF0B9E">
      <w:pPr>
        <w:pStyle w:val="Heading1"/>
      </w:pPr>
      <w:r>
        <w:t>5.</w:t>
      </w:r>
      <w:r w:rsidR="00BF0B9E">
        <w:t>Sewage Treatment Plant (STP)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7"/>
        <w:gridCol w:w="4404"/>
        <w:gridCol w:w="810"/>
        <w:gridCol w:w="2589"/>
      </w:tblGrid>
      <w:tr w:rsidR="00BF0B9E" w14:paraId="6E84D3A7" w14:textId="77777777" w:rsidTr="00501F40">
        <w:tc>
          <w:tcPr>
            <w:tcW w:w="828" w:type="dxa"/>
          </w:tcPr>
          <w:p w14:paraId="42A32D42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Sr. No.</w:t>
            </w:r>
          </w:p>
        </w:tc>
        <w:tc>
          <w:tcPr>
            <w:tcW w:w="4410" w:type="dxa"/>
          </w:tcPr>
          <w:p w14:paraId="090C1612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Name of Equipment</w:t>
            </w:r>
          </w:p>
        </w:tc>
        <w:tc>
          <w:tcPr>
            <w:tcW w:w="810" w:type="dxa"/>
          </w:tcPr>
          <w:p w14:paraId="2FB762E4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Qty.</w:t>
            </w:r>
          </w:p>
        </w:tc>
        <w:tc>
          <w:tcPr>
            <w:tcW w:w="2592" w:type="dxa"/>
          </w:tcPr>
          <w:p w14:paraId="2959A111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Equipment Capacity (M³)</w:t>
            </w:r>
          </w:p>
        </w:tc>
      </w:tr>
      <w:tr w:rsidR="00BF0B9E" w14:paraId="0D8035FC" w14:textId="77777777" w:rsidTr="00501F40">
        <w:tc>
          <w:tcPr>
            <w:tcW w:w="828" w:type="dxa"/>
          </w:tcPr>
          <w:p w14:paraId="78B89CA2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1</w:t>
            </w:r>
          </w:p>
        </w:tc>
        <w:tc>
          <w:tcPr>
            <w:tcW w:w="4410" w:type="dxa"/>
          </w:tcPr>
          <w:p w14:paraId="5D5DF381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7853710E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34251415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</w:tr>
      <w:tr w:rsidR="00BF0B9E" w14:paraId="7A4F7FF0" w14:textId="77777777" w:rsidTr="00501F40">
        <w:tc>
          <w:tcPr>
            <w:tcW w:w="828" w:type="dxa"/>
          </w:tcPr>
          <w:p w14:paraId="0AA3BB8C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2</w:t>
            </w:r>
          </w:p>
        </w:tc>
        <w:tc>
          <w:tcPr>
            <w:tcW w:w="4410" w:type="dxa"/>
          </w:tcPr>
          <w:p w14:paraId="465EA9C6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38A3E872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03193D40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</w:tr>
      <w:tr w:rsidR="00BF0B9E" w14:paraId="61F37833" w14:textId="77777777" w:rsidTr="00501F40">
        <w:tc>
          <w:tcPr>
            <w:tcW w:w="828" w:type="dxa"/>
          </w:tcPr>
          <w:p w14:paraId="56EC032A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3</w:t>
            </w:r>
          </w:p>
        </w:tc>
        <w:tc>
          <w:tcPr>
            <w:tcW w:w="4410" w:type="dxa"/>
          </w:tcPr>
          <w:p w14:paraId="37423F18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037B5796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2DDBBD21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</w:tr>
      <w:tr w:rsidR="00BF0B9E" w14:paraId="4B9C900F" w14:textId="77777777" w:rsidTr="00501F40">
        <w:tc>
          <w:tcPr>
            <w:tcW w:w="828" w:type="dxa"/>
          </w:tcPr>
          <w:p w14:paraId="545714DE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4</w:t>
            </w:r>
          </w:p>
        </w:tc>
        <w:tc>
          <w:tcPr>
            <w:tcW w:w="4410" w:type="dxa"/>
          </w:tcPr>
          <w:p w14:paraId="2BC86869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425A3CDE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1ADDD762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</w:tr>
      <w:tr w:rsidR="00BF0B9E" w14:paraId="6F4A1710" w14:textId="77777777" w:rsidTr="00501F40">
        <w:tc>
          <w:tcPr>
            <w:tcW w:w="828" w:type="dxa"/>
          </w:tcPr>
          <w:p w14:paraId="504F77E6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5</w:t>
            </w:r>
          </w:p>
        </w:tc>
        <w:tc>
          <w:tcPr>
            <w:tcW w:w="4410" w:type="dxa"/>
          </w:tcPr>
          <w:p w14:paraId="13B79457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04C282A9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351B3196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</w:tr>
      <w:tr w:rsidR="00BF0B9E" w14:paraId="56CFBEB7" w14:textId="77777777" w:rsidTr="00501F40">
        <w:tc>
          <w:tcPr>
            <w:tcW w:w="828" w:type="dxa"/>
          </w:tcPr>
          <w:p w14:paraId="0863BD46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6</w:t>
            </w:r>
          </w:p>
        </w:tc>
        <w:tc>
          <w:tcPr>
            <w:tcW w:w="4410" w:type="dxa"/>
          </w:tcPr>
          <w:p w14:paraId="7560CEAA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1DE53E5B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7E95E06D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</w:tr>
      <w:tr w:rsidR="00BF0B9E" w14:paraId="74D76C2C" w14:textId="77777777" w:rsidTr="00501F40">
        <w:tc>
          <w:tcPr>
            <w:tcW w:w="828" w:type="dxa"/>
          </w:tcPr>
          <w:p w14:paraId="7AD45BE7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7</w:t>
            </w:r>
          </w:p>
        </w:tc>
        <w:tc>
          <w:tcPr>
            <w:tcW w:w="4410" w:type="dxa"/>
          </w:tcPr>
          <w:p w14:paraId="3FD69C90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27410CAB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058FB31F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</w:tr>
      <w:tr w:rsidR="00BF0B9E" w14:paraId="34D3C573" w14:textId="77777777" w:rsidTr="00501F40">
        <w:tc>
          <w:tcPr>
            <w:tcW w:w="828" w:type="dxa"/>
          </w:tcPr>
          <w:p w14:paraId="075DD1DE" w14:textId="77777777" w:rsidR="00BF0B9E" w:rsidRPr="00D82F92" w:rsidRDefault="00BF0B9E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8</w:t>
            </w:r>
          </w:p>
        </w:tc>
        <w:tc>
          <w:tcPr>
            <w:tcW w:w="4410" w:type="dxa"/>
          </w:tcPr>
          <w:p w14:paraId="3548EB1F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4970C3F3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061A2A41" w14:textId="77777777" w:rsidR="00BF0B9E" w:rsidRPr="00D82F92" w:rsidRDefault="00BF0B9E" w:rsidP="00501F40">
            <w:pPr>
              <w:rPr>
                <w:sz w:val="24"/>
                <w:szCs w:val="24"/>
              </w:rPr>
            </w:pPr>
          </w:p>
        </w:tc>
      </w:tr>
    </w:tbl>
    <w:p w14:paraId="7F0FB72D" w14:textId="77777777" w:rsidR="00BF0B9E" w:rsidRPr="00D82F92" w:rsidRDefault="00BF0B9E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8"/>
          <w:szCs w:val="28"/>
        </w:rPr>
      </w:pPr>
    </w:p>
    <w:p w14:paraId="2CA7465E" w14:textId="355FEB21" w:rsidR="00874A85" w:rsidRPr="00D82F92" w:rsidRDefault="00BF0B9E">
      <w:pPr>
        <w:rPr>
          <w:sz w:val="28"/>
          <w:szCs w:val="28"/>
        </w:rPr>
      </w:pPr>
      <w:r w:rsidRPr="00D82F92">
        <w:rPr>
          <w:rFonts w:asciiTheme="majorHAnsi" w:eastAsiaTheme="majorEastAsia" w:hAnsiTheme="majorHAnsi" w:cstheme="majorBidi"/>
          <w:b/>
          <w:bCs/>
          <w:color w:val="4F81BD" w:themeColor="accent1"/>
          <w:sz w:val="28"/>
          <w:szCs w:val="28"/>
        </w:rPr>
        <w:t>Brief Description of STP</w:t>
      </w:r>
      <w:r w:rsidRPr="00D82F92">
        <w:rPr>
          <w:sz w:val="28"/>
          <w:szCs w:val="28"/>
        </w:rPr>
        <w:br w:type="page"/>
      </w:r>
    </w:p>
    <w:p w14:paraId="491C9C82" w14:textId="1C6C9D1B" w:rsidR="00874A85" w:rsidRPr="00D82F92" w:rsidRDefault="00E46F3F">
      <w:pPr>
        <w:pStyle w:val="Heading1"/>
      </w:pPr>
      <w:r>
        <w:lastRenderedPageBreak/>
        <w:t xml:space="preserve">6. </w:t>
      </w:r>
      <w:r w:rsidR="00B72EA1" w:rsidRPr="00D82F92">
        <w:t>Air Emission Details</w:t>
      </w:r>
    </w:p>
    <w:p w14:paraId="69AD119F" w14:textId="77777777" w:rsidR="00874A85" w:rsidRPr="00D82F92" w:rsidRDefault="00000000">
      <w:pPr>
        <w:pStyle w:val="Heading2"/>
        <w:rPr>
          <w:sz w:val="28"/>
          <w:szCs w:val="28"/>
        </w:rPr>
      </w:pPr>
      <w:r w:rsidRPr="00D82F92">
        <w:rPr>
          <w:sz w:val="28"/>
          <w:szCs w:val="28"/>
        </w:rPr>
        <w:t>Flue Gas Emission</w:t>
      </w:r>
    </w:p>
    <w:tbl>
      <w:tblPr>
        <w:tblStyle w:val="TableGrid"/>
        <w:tblW w:w="9018" w:type="dxa"/>
        <w:tblLook w:val="04A0" w:firstRow="1" w:lastRow="0" w:firstColumn="1" w:lastColumn="0" w:noHBand="0" w:noVBand="1"/>
      </w:tblPr>
      <w:tblGrid>
        <w:gridCol w:w="558"/>
        <w:gridCol w:w="1468"/>
        <w:gridCol w:w="1094"/>
        <w:gridCol w:w="1025"/>
        <w:gridCol w:w="1173"/>
        <w:gridCol w:w="1000"/>
        <w:gridCol w:w="1252"/>
        <w:gridCol w:w="1448"/>
      </w:tblGrid>
      <w:tr w:rsidR="00874A85" w14:paraId="19C0C753" w14:textId="77777777" w:rsidTr="00B72EA1">
        <w:tc>
          <w:tcPr>
            <w:tcW w:w="558" w:type="dxa"/>
          </w:tcPr>
          <w:p w14:paraId="2F89FE45" w14:textId="77777777" w:rsidR="00874A85" w:rsidRPr="00B735E2" w:rsidRDefault="00000000">
            <w:pPr>
              <w:rPr>
                <w:sz w:val="24"/>
                <w:szCs w:val="24"/>
              </w:rPr>
            </w:pPr>
            <w:r w:rsidRPr="00B735E2">
              <w:rPr>
                <w:sz w:val="24"/>
                <w:szCs w:val="24"/>
              </w:rPr>
              <w:t>Sr. No.</w:t>
            </w:r>
          </w:p>
        </w:tc>
        <w:tc>
          <w:tcPr>
            <w:tcW w:w="1602" w:type="dxa"/>
          </w:tcPr>
          <w:p w14:paraId="5BEC5A0F" w14:textId="77777777" w:rsidR="00874A85" w:rsidRPr="00B735E2" w:rsidRDefault="00000000">
            <w:pPr>
              <w:rPr>
                <w:sz w:val="24"/>
                <w:szCs w:val="24"/>
              </w:rPr>
            </w:pPr>
            <w:r w:rsidRPr="00B735E2">
              <w:rPr>
                <w:sz w:val="24"/>
                <w:szCs w:val="24"/>
              </w:rPr>
              <w:t>Source of Emission</w:t>
            </w:r>
          </w:p>
        </w:tc>
        <w:tc>
          <w:tcPr>
            <w:tcW w:w="1080" w:type="dxa"/>
          </w:tcPr>
          <w:p w14:paraId="1547C5BF" w14:textId="77777777" w:rsidR="00874A85" w:rsidRPr="00B735E2" w:rsidRDefault="00000000">
            <w:pPr>
              <w:rPr>
                <w:sz w:val="24"/>
                <w:szCs w:val="24"/>
              </w:rPr>
            </w:pPr>
            <w:r w:rsidRPr="00B735E2">
              <w:rPr>
                <w:sz w:val="24"/>
                <w:szCs w:val="24"/>
              </w:rPr>
              <w:t>With Capacity</w:t>
            </w:r>
          </w:p>
        </w:tc>
        <w:tc>
          <w:tcPr>
            <w:tcW w:w="1080" w:type="dxa"/>
          </w:tcPr>
          <w:p w14:paraId="7D79F11F" w14:textId="77777777" w:rsidR="00874A85" w:rsidRPr="00B735E2" w:rsidRDefault="00000000">
            <w:pPr>
              <w:rPr>
                <w:sz w:val="24"/>
                <w:szCs w:val="24"/>
              </w:rPr>
            </w:pPr>
            <w:r w:rsidRPr="00B735E2">
              <w:rPr>
                <w:sz w:val="24"/>
                <w:szCs w:val="24"/>
              </w:rPr>
              <w:t>Stack Height (m)</w:t>
            </w:r>
          </w:p>
        </w:tc>
        <w:tc>
          <w:tcPr>
            <w:tcW w:w="1094" w:type="dxa"/>
          </w:tcPr>
          <w:p w14:paraId="4A243011" w14:textId="77777777" w:rsidR="00874A85" w:rsidRPr="00B735E2" w:rsidRDefault="00000000">
            <w:pPr>
              <w:rPr>
                <w:sz w:val="24"/>
                <w:szCs w:val="24"/>
              </w:rPr>
            </w:pPr>
            <w:r w:rsidRPr="00B735E2">
              <w:rPr>
                <w:sz w:val="24"/>
                <w:szCs w:val="24"/>
              </w:rPr>
              <w:t>Stack Diameter (cm)</w:t>
            </w:r>
          </w:p>
        </w:tc>
        <w:tc>
          <w:tcPr>
            <w:tcW w:w="1080" w:type="dxa"/>
          </w:tcPr>
          <w:p w14:paraId="6954D51D" w14:textId="07024F96" w:rsidR="00874A85" w:rsidRPr="00B735E2" w:rsidRDefault="00B735E2">
            <w:pPr>
              <w:rPr>
                <w:sz w:val="24"/>
                <w:szCs w:val="24"/>
              </w:rPr>
            </w:pPr>
            <w:r w:rsidRPr="00B735E2">
              <w:rPr>
                <w:sz w:val="24"/>
                <w:szCs w:val="24"/>
              </w:rPr>
              <w:t>Name of Fuel</w:t>
            </w:r>
          </w:p>
        </w:tc>
        <w:tc>
          <w:tcPr>
            <w:tcW w:w="814" w:type="dxa"/>
          </w:tcPr>
          <w:p w14:paraId="7680AAAD" w14:textId="77777777" w:rsidR="00874A85" w:rsidRPr="00B735E2" w:rsidRDefault="00000000">
            <w:pPr>
              <w:rPr>
                <w:sz w:val="24"/>
                <w:szCs w:val="24"/>
              </w:rPr>
            </w:pPr>
            <w:r w:rsidRPr="00B735E2">
              <w:rPr>
                <w:sz w:val="24"/>
                <w:szCs w:val="24"/>
              </w:rPr>
              <w:t>Quantity of Fuel (MT/Day)</w:t>
            </w:r>
          </w:p>
        </w:tc>
        <w:tc>
          <w:tcPr>
            <w:tcW w:w="1710" w:type="dxa"/>
          </w:tcPr>
          <w:p w14:paraId="41209354" w14:textId="77777777" w:rsidR="00874A85" w:rsidRPr="00B735E2" w:rsidRDefault="00000000">
            <w:pPr>
              <w:rPr>
                <w:sz w:val="24"/>
                <w:szCs w:val="24"/>
              </w:rPr>
            </w:pPr>
            <w:r w:rsidRPr="00B735E2">
              <w:rPr>
                <w:sz w:val="24"/>
                <w:szCs w:val="24"/>
              </w:rPr>
              <w:t>APCM</w:t>
            </w:r>
          </w:p>
        </w:tc>
      </w:tr>
      <w:tr w:rsidR="00874A85" w14:paraId="482D858B" w14:textId="77777777" w:rsidTr="00B72EA1">
        <w:tc>
          <w:tcPr>
            <w:tcW w:w="558" w:type="dxa"/>
          </w:tcPr>
          <w:p w14:paraId="13AB6B69" w14:textId="77777777" w:rsidR="00874A85" w:rsidRPr="00B735E2" w:rsidRDefault="00000000">
            <w:pPr>
              <w:rPr>
                <w:sz w:val="24"/>
                <w:szCs w:val="24"/>
              </w:rPr>
            </w:pPr>
            <w:r w:rsidRPr="00B735E2">
              <w:rPr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14:paraId="32444DB9" w14:textId="0841B027" w:rsidR="00874A85" w:rsidRPr="00B735E2" w:rsidRDefault="00874A85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01667CFD" w14:textId="0AB9781D" w:rsidR="00874A85" w:rsidRPr="00B735E2" w:rsidRDefault="00874A85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3D5B406" w14:textId="74B62514" w:rsidR="00874A85" w:rsidRPr="00B735E2" w:rsidRDefault="00874A85">
            <w:pPr>
              <w:rPr>
                <w:sz w:val="24"/>
                <w:szCs w:val="24"/>
              </w:rPr>
            </w:pPr>
          </w:p>
        </w:tc>
        <w:tc>
          <w:tcPr>
            <w:tcW w:w="1094" w:type="dxa"/>
          </w:tcPr>
          <w:p w14:paraId="48683A46" w14:textId="2C091D4F" w:rsidR="00874A85" w:rsidRPr="00B735E2" w:rsidRDefault="00874A85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61906A8A" w14:textId="3544D0C0" w:rsidR="00874A85" w:rsidRPr="00B735E2" w:rsidRDefault="00874A85">
            <w:pPr>
              <w:rPr>
                <w:sz w:val="24"/>
                <w:szCs w:val="24"/>
              </w:rPr>
            </w:pPr>
          </w:p>
        </w:tc>
        <w:tc>
          <w:tcPr>
            <w:tcW w:w="814" w:type="dxa"/>
          </w:tcPr>
          <w:p w14:paraId="7C542B89" w14:textId="6A6163F6" w:rsidR="00874A85" w:rsidRPr="00B735E2" w:rsidRDefault="00874A85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44172D31" w14:textId="24C666C5" w:rsidR="00874A85" w:rsidRPr="00B735E2" w:rsidRDefault="00874A85">
            <w:pPr>
              <w:rPr>
                <w:sz w:val="24"/>
                <w:szCs w:val="24"/>
              </w:rPr>
            </w:pPr>
          </w:p>
        </w:tc>
      </w:tr>
      <w:tr w:rsidR="00874A85" w14:paraId="64561680" w14:textId="77777777" w:rsidTr="00B72EA1">
        <w:tc>
          <w:tcPr>
            <w:tcW w:w="558" w:type="dxa"/>
          </w:tcPr>
          <w:p w14:paraId="1569100C" w14:textId="77777777" w:rsidR="00874A85" w:rsidRDefault="00000000">
            <w:r>
              <w:t>2</w:t>
            </w:r>
          </w:p>
        </w:tc>
        <w:tc>
          <w:tcPr>
            <w:tcW w:w="1602" w:type="dxa"/>
          </w:tcPr>
          <w:p w14:paraId="7A995B12" w14:textId="4BF39C9A" w:rsidR="00874A85" w:rsidRDefault="00874A85"/>
        </w:tc>
        <w:tc>
          <w:tcPr>
            <w:tcW w:w="1080" w:type="dxa"/>
          </w:tcPr>
          <w:p w14:paraId="6847C303" w14:textId="28BBE958" w:rsidR="00874A85" w:rsidRDefault="00874A85"/>
        </w:tc>
        <w:tc>
          <w:tcPr>
            <w:tcW w:w="1080" w:type="dxa"/>
          </w:tcPr>
          <w:p w14:paraId="24114580" w14:textId="4459165E" w:rsidR="00874A85" w:rsidRDefault="00874A85"/>
        </w:tc>
        <w:tc>
          <w:tcPr>
            <w:tcW w:w="1094" w:type="dxa"/>
          </w:tcPr>
          <w:p w14:paraId="45A3F932" w14:textId="4290B413" w:rsidR="00874A85" w:rsidRDefault="00874A85"/>
        </w:tc>
        <w:tc>
          <w:tcPr>
            <w:tcW w:w="1080" w:type="dxa"/>
          </w:tcPr>
          <w:p w14:paraId="3E9BC7C2" w14:textId="305B8882" w:rsidR="00874A85" w:rsidRDefault="00874A85"/>
        </w:tc>
        <w:tc>
          <w:tcPr>
            <w:tcW w:w="814" w:type="dxa"/>
          </w:tcPr>
          <w:p w14:paraId="794B3A16" w14:textId="7D408C83" w:rsidR="00874A85" w:rsidRDefault="00874A85"/>
        </w:tc>
        <w:tc>
          <w:tcPr>
            <w:tcW w:w="1710" w:type="dxa"/>
          </w:tcPr>
          <w:p w14:paraId="56004B50" w14:textId="5B0F83CF" w:rsidR="00874A85" w:rsidRDefault="00874A85"/>
        </w:tc>
      </w:tr>
      <w:tr w:rsidR="00B72EA1" w14:paraId="04D0D185" w14:textId="77777777" w:rsidTr="00B72EA1">
        <w:tc>
          <w:tcPr>
            <w:tcW w:w="558" w:type="dxa"/>
          </w:tcPr>
          <w:p w14:paraId="1F67803A" w14:textId="33BEBA2C" w:rsidR="00B72EA1" w:rsidRDefault="00B72EA1">
            <w:r>
              <w:t>3</w:t>
            </w:r>
          </w:p>
        </w:tc>
        <w:tc>
          <w:tcPr>
            <w:tcW w:w="1602" w:type="dxa"/>
          </w:tcPr>
          <w:p w14:paraId="60AEFE3F" w14:textId="77777777" w:rsidR="00B72EA1" w:rsidRDefault="00B72EA1"/>
        </w:tc>
        <w:tc>
          <w:tcPr>
            <w:tcW w:w="1080" w:type="dxa"/>
          </w:tcPr>
          <w:p w14:paraId="345C942C" w14:textId="77777777" w:rsidR="00B72EA1" w:rsidRDefault="00B72EA1"/>
        </w:tc>
        <w:tc>
          <w:tcPr>
            <w:tcW w:w="1080" w:type="dxa"/>
          </w:tcPr>
          <w:p w14:paraId="5EAD3B4B" w14:textId="77777777" w:rsidR="00B72EA1" w:rsidRDefault="00B72EA1"/>
        </w:tc>
        <w:tc>
          <w:tcPr>
            <w:tcW w:w="1094" w:type="dxa"/>
          </w:tcPr>
          <w:p w14:paraId="36C887E2" w14:textId="77777777" w:rsidR="00B72EA1" w:rsidRDefault="00B72EA1"/>
        </w:tc>
        <w:tc>
          <w:tcPr>
            <w:tcW w:w="1080" w:type="dxa"/>
          </w:tcPr>
          <w:p w14:paraId="4611C88F" w14:textId="77777777" w:rsidR="00B72EA1" w:rsidRDefault="00B72EA1"/>
        </w:tc>
        <w:tc>
          <w:tcPr>
            <w:tcW w:w="814" w:type="dxa"/>
          </w:tcPr>
          <w:p w14:paraId="3347FF86" w14:textId="77777777" w:rsidR="00B72EA1" w:rsidRDefault="00B72EA1"/>
        </w:tc>
        <w:tc>
          <w:tcPr>
            <w:tcW w:w="1710" w:type="dxa"/>
          </w:tcPr>
          <w:p w14:paraId="6C228EE5" w14:textId="77777777" w:rsidR="00B72EA1" w:rsidRDefault="00B72EA1"/>
        </w:tc>
      </w:tr>
    </w:tbl>
    <w:p w14:paraId="55AA0F8E" w14:textId="2C1AEDD1" w:rsidR="00874A85" w:rsidRDefault="00000000">
      <w:pPr>
        <w:pStyle w:val="Heading2"/>
      </w:pPr>
      <w:r w:rsidRPr="00B735E2">
        <w:rPr>
          <w:sz w:val="28"/>
          <w:szCs w:val="28"/>
        </w:rPr>
        <w:t>Process Emission</w:t>
      </w:r>
    </w:p>
    <w:tbl>
      <w:tblPr>
        <w:tblStyle w:val="TableGrid"/>
        <w:tblW w:w="9018" w:type="dxa"/>
        <w:tblLook w:val="04A0" w:firstRow="1" w:lastRow="0" w:firstColumn="1" w:lastColumn="0" w:noHBand="0" w:noVBand="1"/>
      </w:tblPr>
      <w:tblGrid>
        <w:gridCol w:w="558"/>
        <w:gridCol w:w="1910"/>
        <w:gridCol w:w="1094"/>
        <w:gridCol w:w="900"/>
        <w:gridCol w:w="1173"/>
        <w:gridCol w:w="1313"/>
        <w:gridCol w:w="2070"/>
      </w:tblGrid>
      <w:tr w:rsidR="00874A85" w14:paraId="35339259" w14:textId="77777777" w:rsidTr="00B735E2">
        <w:tc>
          <w:tcPr>
            <w:tcW w:w="558" w:type="dxa"/>
          </w:tcPr>
          <w:p w14:paraId="7823995E" w14:textId="77777777" w:rsidR="00874A85" w:rsidRPr="00B72EA1" w:rsidRDefault="0000000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Sr. No.</w:t>
            </w:r>
          </w:p>
        </w:tc>
        <w:tc>
          <w:tcPr>
            <w:tcW w:w="1910" w:type="dxa"/>
          </w:tcPr>
          <w:p w14:paraId="08BFA2BD" w14:textId="77777777" w:rsidR="00874A85" w:rsidRPr="00B72EA1" w:rsidRDefault="0000000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Source of Emission</w:t>
            </w:r>
          </w:p>
        </w:tc>
        <w:tc>
          <w:tcPr>
            <w:tcW w:w="1094" w:type="dxa"/>
          </w:tcPr>
          <w:p w14:paraId="3AD2DC3E" w14:textId="77777777" w:rsidR="00874A85" w:rsidRPr="00B72EA1" w:rsidRDefault="0000000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With Capacity</w:t>
            </w:r>
          </w:p>
        </w:tc>
        <w:tc>
          <w:tcPr>
            <w:tcW w:w="900" w:type="dxa"/>
          </w:tcPr>
          <w:p w14:paraId="4657F71D" w14:textId="77777777" w:rsidR="00874A85" w:rsidRPr="00B72EA1" w:rsidRDefault="0000000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Stack Height (m)</w:t>
            </w:r>
          </w:p>
        </w:tc>
        <w:tc>
          <w:tcPr>
            <w:tcW w:w="1173" w:type="dxa"/>
          </w:tcPr>
          <w:p w14:paraId="37AFDD0A" w14:textId="77777777" w:rsidR="00874A85" w:rsidRPr="00B72EA1" w:rsidRDefault="0000000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Stack Diameter (cm)</w:t>
            </w:r>
          </w:p>
        </w:tc>
        <w:tc>
          <w:tcPr>
            <w:tcW w:w="1313" w:type="dxa"/>
          </w:tcPr>
          <w:p w14:paraId="70BFA9BD" w14:textId="7EB3E23D" w:rsidR="00874A85" w:rsidRPr="00B72EA1" w:rsidRDefault="0000000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 xml:space="preserve">Type of Emissions </w:t>
            </w:r>
          </w:p>
        </w:tc>
        <w:tc>
          <w:tcPr>
            <w:tcW w:w="2070" w:type="dxa"/>
          </w:tcPr>
          <w:p w14:paraId="03DFA117" w14:textId="77777777" w:rsidR="00874A85" w:rsidRPr="00B72EA1" w:rsidRDefault="0000000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APCM</w:t>
            </w:r>
          </w:p>
        </w:tc>
      </w:tr>
      <w:tr w:rsidR="00874A85" w14:paraId="6C1F68DB" w14:textId="77777777" w:rsidTr="00B735E2">
        <w:tc>
          <w:tcPr>
            <w:tcW w:w="558" w:type="dxa"/>
          </w:tcPr>
          <w:p w14:paraId="16823381" w14:textId="77777777" w:rsidR="00874A85" w:rsidRPr="00B72EA1" w:rsidRDefault="0000000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1</w:t>
            </w:r>
          </w:p>
        </w:tc>
        <w:tc>
          <w:tcPr>
            <w:tcW w:w="1910" w:type="dxa"/>
          </w:tcPr>
          <w:p w14:paraId="1BFEA72B" w14:textId="71B702DD" w:rsidR="00874A85" w:rsidRPr="00B72EA1" w:rsidRDefault="00874A85">
            <w:pPr>
              <w:rPr>
                <w:sz w:val="24"/>
                <w:szCs w:val="24"/>
              </w:rPr>
            </w:pPr>
          </w:p>
        </w:tc>
        <w:tc>
          <w:tcPr>
            <w:tcW w:w="1094" w:type="dxa"/>
          </w:tcPr>
          <w:p w14:paraId="135FE528" w14:textId="5033E3CD" w:rsidR="00874A85" w:rsidRPr="00B72EA1" w:rsidRDefault="00874A8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60E6DC69" w14:textId="3DF08BE7" w:rsidR="00874A85" w:rsidRPr="00B72EA1" w:rsidRDefault="00874A85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</w:tcPr>
          <w:p w14:paraId="13A2A0C8" w14:textId="5D19B2E3" w:rsidR="00874A85" w:rsidRPr="00B72EA1" w:rsidRDefault="00874A85">
            <w:pPr>
              <w:rPr>
                <w:sz w:val="24"/>
                <w:szCs w:val="24"/>
              </w:rPr>
            </w:pPr>
          </w:p>
        </w:tc>
        <w:tc>
          <w:tcPr>
            <w:tcW w:w="1313" w:type="dxa"/>
          </w:tcPr>
          <w:p w14:paraId="60FEDD10" w14:textId="05EFD70D" w:rsidR="00874A85" w:rsidRPr="00B72EA1" w:rsidRDefault="00874A85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2C73A8CC" w14:textId="36F8E82D" w:rsidR="00874A85" w:rsidRPr="00B72EA1" w:rsidRDefault="00874A85">
            <w:pPr>
              <w:rPr>
                <w:sz w:val="24"/>
                <w:szCs w:val="24"/>
              </w:rPr>
            </w:pPr>
          </w:p>
        </w:tc>
      </w:tr>
      <w:tr w:rsidR="00874A85" w14:paraId="21D90D38" w14:textId="77777777" w:rsidTr="00B735E2">
        <w:tc>
          <w:tcPr>
            <w:tcW w:w="558" w:type="dxa"/>
          </w:tcPr>
          <w:p w14:paraId="0C069618" w14:textId="77777777" w:rsidR="00874A85" w:rsidRPr="00B72EA1" w:rsidRDefault="0000000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2</w:t>
            </w:r>
          </w:p>
        </w:tc>
        <w:tc>
          <w:tcPr>
            <w:tcW w:w="1910" w:type="dxa"/>
          </w:tcPr>
          <w:p w14:paraId="73B8C5FF" w14:textId="3BDB63C6" w:rsidR="00874A85" w:rsidRPr="00B72EA1" w:rsidRDefault="00874A85">
            <w:pPr>
              <w:rPr>
                <w:sz w:val="24"/>
                <w:szCs w:val="24"/>
              </w:rPr>
            </w:pPr>
          </w:p>
        </w:tc>
        <w:tc>
          <w:tcPr>
            <w:tcW w:w="1094" w:type="dxa"/>
          </w:tcPr>
          <w:p w14:paraId="1290B915" w14:textId="60ABDA1D" w:rsidR="00874A85" w:rsidRPr="00B72EA1" w:rsidRDefault="00874A8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55190E67" w14:textId="3379BF47" w:rsidR="00874A85" w:rsidRPr="00B72EA1" w:rsidRDefault="00874A85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</w:tcPr>
          <w:p w14:paraId="3D4A72F7" w14:textId="5F53F8B9" w:rsidR="00874A85" w:rsidRPr="00B72EA1" w:rsidRDefault="00874A85">
            <w:pPr>
              <w:rPr>
                <w:sz w:val="24"/>
                <w:szCs w:val="24"/>
              </w:rPr>
            </w:pPr>
          </w:p>
        </w:tc>
        <w:tc>
          <w:tcPr>
            <w:tcW w:w="1313" w:type="dxa"/>
          </w:tcPr>
          <w:p w14:paraId="6C2936A2" w14:textId="37735A17" w:rsidR="00874A85" w:rsidRPr="00B72EA1" w:rsidRDefault="00874A85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0421DAF1" w14:textId="14F5DEDC" w:rsidR="00874A85" w:rsidRPr="00B72EA1" w:rsidRDefault="00874A85">
            <w:pPr>
              <w:rPr>
                <w:sz w:val="24"/>
                <w:szCs w:val="24"/>
              </w:rPr>
            </w:pPr>
          </w:p>
        </w:tc>
      </w:tr>
      <w:tr w:rsidR="00B72EA1" w14:paraId="006939D5" w14:textId="77777777" w:rsidTr="00B735E2">
        <w:tc>
          <w:tcPr>
            <w:tcW w:w="558" w:type="dxa"/>
          </w:tcPr>
          <w:p w14:paraId="6E421A27" w14:textId="5FDC429F" w:rsidR="00B72EA1" w:rsidRPr="00B72EA1" w:rsidRDefault="00B72EA1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3</w:t>
            </w:r>
          </w:p>
        </w:tc>
        <w:tc>
          <w:tcPr>
            <w:tcW w:w="1910" w:type="dxa"/>
          </w:tcPr>
          <w:p w14:paraId="78F234F0" w14:textId="77777777" w:rsidR="00B72EA1" w:rsidRPr="00B72EA1" w:rsidRDefault="00B72EA1">
            <w:pPr>
              <w:rPr>
                <w:sz w:val="24"/>
                <w:szCs w:val="24"/>
              </w:rPr>
            </w:pPr>
          </w:p>
        </w:tc>
        <w:tc>
          <w:tcPr>
            <w:tcW w:w="1094" w:type="dxa"/>
          </w:tcPr>
          <w:p w14:paraId="7EE5D53E" w14:textId="77777777" w:rsidR="00B72EA1" w:rsidRPr="00B72EA1" w:rsidRDefault="00B72EA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5232A7AE" w14:textId="77777777" w:rsidR="00B72EA1" w:rsidRPr="00B72EA1" w:rsidRDefault="00B72EA1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</w:tcPr>
          <w:p w14:paraId="7C57974C" w14:textId="77777777" w:rsidR="00B72EA1" w:rsidRPr="00B72EA1" w:rsidRDefault="00B72EA1">
            <w:pPr>
              <w:rPr>
                <w:sz w:val="24"/>
                <w:szCs w:val="24"/>
              </w:rPr>
            </w:pPr>
          </w:p>
        </w:tc>
        <w:tc>
          <w:tcPr>
            <w:tcW w:w="1313" w:type="dxa"/>
          </w:tcPr>
          <w:p w14:paraId="47543DB0" w14:textId="77777777" w:rsidR="00B72EA1" w:rsidRPr="00B72EA1" w:rsidRDefault="00B72EA1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05CF652E" w14:textId="77777777" w:rsidR="00B72EA1" w:rsidRPr="00B72EA1" w:rsidRDefault="00B72EA1">
            <w:pPr>
              <w:rPr>
                <w:sz w:val="24"/>
                <w:szCs w:val="24"/>
              </w:rPr>
            </w:pPr>
          </w:p>
        </w:tc>
      </w:tr>
    </w:tbl>
    <w:p w14:paraId="59DAF13C" w14:textId="77777777" w:rsidR="00B735E2" w:rsidRDefault="00B735E2"/>
    <w:p w14:paraId="3A1FCDA1" w14:textId="20222B11" w:rsidR="00B72EA1" w:rsidRPr="00D82F92" w:rsidRDefault="00B72EA1">
      <w:pPr>
        <w:rPr>
          <w:sz w:val="24"/>
          <w:szCs w:val="24"/>
        </w:rPr>
      </w:pPr>
      <w:r w:rsidRPr="00D82F92">
        <w:rPr>
          <w:sz w:val="24"/>
          <w:szCs w:val="24"/>
          <w:u w:val="single"/>
        </w:rPr>
        <w:t>Any Special Note</w:t>
      </w:r>
      <w:r w:rsidRPr="00D82F92">
        <w:rPr>
          <w:sz w:val="24"/>
          <w:szCs w:val="24"/>
        </w:rPr>
        <w:t>:</w:t>
      </w:r>
    </w:p>
    <w:p w14:paraId="0DC23BB0" w14:textId="77777777" w:rsidR="00B72EA1" w:rsidRDefault="00B72EA1"/>
    <w:p w14:paraId="0082C7E7" w14:textId="77777777" w:rsidR="00B72EA1" w:rsidRDefault="00B72EA1"/>
    <w:p w14:paraId="6F0B136E" w14:textId="77777777" w:rsidR="00B72EA1" w:rsidRDefault="00B72EA1"/>
    <w:p w14:paraId="71B06538" w14:textId="77777777" w:rsidR="00B72EA1" w:rsidRDefault="00B72EA1"/>
    <w:p w14:paraId="5C4DC21C" w14:textId="77777777" w:rsidR="00B72EA1" w:rsidRDefault="00B72EA1"/>
    <w:p w14:paraId="18A9C31E" w14:textId="77777777" w:rsidR="00B72EA1" w:rsidRDefault="00B72EA1"/>
    <w:p w14:paraId="2CF91A32" w14:textId="77777777" w:rsidR="00B72EA1" w:rsidRDefault="00B72EA1"/>
    <w:p w14:paraId="118DD977" w14:textId="77777777" w:rsidR="00B72EA1" w:rsidRDefault="00B72EA1"/>
    <w:p w14:paraId="668DB437" w14:textId="77777777" w:rsidR="00B72EA1" w:rsidRDefault="00B72EA1"/>
    <w:p w14:paraId="182A962F" w14:textId="77777777" w:rsidR="00B72EA1" w:rsidRDefault="00B72EA1"/>
    <w:p w14:paraId="408BF8A8" w14:textId="04D9194E" w:rsidR="00B72EA1" w:rsidRDefault="00E46F3F" w:rsidP="00B72EA1">
      <w:pPr>
        <w:pStyle w:val="Heading1"/>
      </w:pPr>
      <w:r>
        <w:lastRenderedPageBreak/>
        <w:t xml:space="preserve">7. </w:t>
      </w:r>
      <w:r w:rsidR="00B72EA1">
        <w:t>Hazardous Waste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6"/>
        <w:gridCol w:w="3022"/>
        <w:gridCol w:w="1133"/>
        <w:gridCol w:w="1622"/>
        <w:gridCol w:w="2207"/>
      </w:tblGrid>
      <w:tr w:rsidR="00B72EA1" w:rsidRPr="00B72EA1" w14:paraId="4212EE11" w14:textId="77777777" w:rsidTr="00B72EA1">
        <w:tc>
          <w:tcPr>
            <w:tcW w:w="648" w:type="dxa"/>
          </w:tcPr>
          <w:p w14:paraId="54CF0D90" w14:textId="77777777" w:rsidR="00B72EA1" w:rsidRPr="00B72EA1" w:rsidRDefault="00B72EA1" w:rsidP="00501F4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Sr. No.</w:t>
            </w:r>
          </w:p>
        </w:tc>
        <w:tc>
          <w:tcPr>
            <w:tcW w:w="3060" w:type="dxa"/>
          </w:tcPr>
          <w:p w14:paraId="2648208F" w14:textId="77777777" w:rsidR="00B72EA1" w:rsidRPr="00B72EA1" w:rsidRDefault="00B72EA1" w:rsidP="00501F4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Hazardous Waste</w:t>
            </w:r>
          </w:p>
        </w:tc>
        <w:tc>
          <w:tcPr>
            <w:tcW w:w="1080" w:type="dxa"/>
          </w:tcPr>
          <w:p w14:paraId="3815E039" w14:textId="77777777" w:rsidR="00B72EA1" w:rsidRPr="00B72EA1" w:rsidRDefault="00B72EA1" w:rsidP="00501F4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Category</w:t>
            </w:r>
          </w:p>
        </w:tc>
        <w:tc>
          <w:tcPr>
            <w:tcW w:w="1629" w:type="dxa"/>
          </w:tcPr>
          <w:p w14:paraId="3A47AF1E" w14:textId="77777777" w:rsidR="00B72EA1" w:rsidRPr="00B72EA1" w:rsidRDefault="00B72EA1" w:rsidP="00501F4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Quantity (MT/Year)</w:t>
            </w:r>
          </w:p>
        </w:tc>
        <w:tc>
          <w:tcPr>
            <w:tcW w:w="2232" w:type="dxa"/>
          </w:tcPr>
          <w:p w14:paraId="6B15E584" w14:textId="77777777" w:rsidR="00B72EA1" w:rsidRPr="00B72EA1" w:rsidRDefault="00B72EA1" w:rsidP="00501F4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Disposal Mode</w:t>
            </w:r>
          </w:p>
        </w:tc>
      </w:tr>
      <w:tr w:rsidR="00B72EA1" w:rsidRPr="00B72EA1" w14:paraId="02E5A99C" w14:textId="77777777" w:rsidTr="00B72EA1">
        <w:tc>
          <w:tcPr>
            <w:tcW w:w="648" w:type="dxa"/>
          </w:tcPr>
          <w:p w14:paraId="6B43D86A" w14:textId="77777777" w:rsidR="00B72EA1" w:rsidRPr="00B72EA1" w:rsidRDefault="00B72EA1" w:rsidP="00501F4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1</w:t>
            </w:r>
          </w:p>
        </w:tc>
        <w:tc>
          <w:tcPr>
            <w:tcW w:w="3060" w:type="dxa"/>
          </w:tcPr>
          <w:p w14:paraId="24D25D56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3553656A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14:paraId="5B665DAF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2232" w:type="dxa"/>
          </w:tcPr>
          <w:p w14:paraId="0124FC0A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</w:tr>
      <w:tr w:rsidR="00B72EA1" w:rsidRPr="00B72EA1" w14:paraId="036522A6" w14:textId="77777777" w:rsidTr="00B72EA1">
        <w:tc>
          <w:tcPr>
            <w:tcW w:w="648" w:type="dxa"/>
          </w:tcPr>
          <w:p w14:paraId="3FA86BF6" w14:textId="77777777" w:rsidR="00B72EA1" w:rsidRPr="00B72EA1" w:rsidRDefault="00B72EA1" w:rsidP="00501F4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2</w:t>
            </w:r>
          </w:p>
        </w:tc>
        <w:tc>
          <w:tcPr>
            <w:tcW w:w="3060" w:type="dxa"/>
          </w:tcPr>
          <w:p w14:paraId="3B429ABD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05371224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14:paraId="2CBF9B83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2232" w:type="dxa"/>
          </w:tcPr>
          <w:p w14:paraId="4DBDBF6A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</w:tr>
      <w:tr w:rsidR="00B72EA1" w:rsidRPr="00B72EA1" w14:paraId="06FC4E9C" w14:textId="77777777" w:rsidTr="00B72EA1">
        <w:tc>
          <w:tcPr>
            <w:tcW w:w="648" w:type="dxa"/>
          </w:tcPr>
          <w:p w14:paraId="59EEE550" w14:textId="77777777" w:rsidR="00B72EA1" w:rsidRPr="00B72EA1" w:rsidRDefault="00B72EA1" w:rsidP="00501F4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3</w:t>
            </w:r>
          </w:p>
        </w:tc>
        <w:tc>
          <w:tcPr>
            <w:tcW w:w="3060" w:type="dxa"/>
          </w:tcPr>
          <w:p w14:paraId="3CE011F1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7B1D2942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14:paraId="28C4B998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2232" w:type="dxa"/>
          </w:tcPr>
          <w:p w14:paraId="1E10D65C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</w:tr>
      <w:tr w:rsidR="00B72EA1" w:rsidRPr="00B72EA1" w14:paraId="1E1F1168" w14:textId="77777777" w:rsidTr="00B72EA1">
        <w:tc>
          <w:tcPr>
            <w:tcW w:w="648" w:type="dxa"/>
          </w:tcPr>
          <w:p w14:paraId="18605937" w14:textId="77777777" w:rsidR="00B72EA1" w:rsidRPr="00B72EA1" w:rsidRDefault="00B72EA1" w:rsidP="00501F4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4</w:t>
            </w:r>
          </w:p>
        </w:tc>
        <w:tc>
          <w:tcPr>
            <w:tcW w:w="3060" w:type="dxa"/>
          </w:tcPr>
          <w:p w14:paraId="434B62B4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3E16776C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14:paraId="7EF03083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2232" w:type="dxa"/>
          </w:tcPr>
          <w:p w14:paraId="5F822054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</w:tr>
      <w:tr w:rsidR="00B72EA1" w:rsidRPr="00B72EA1" w14:paraId="751BE713" w14:textId="77777777" w:rsidTr="00B72EA1">
        <w:tc>
          <w:tcPr>
            <w:tcW w:w="648" w:type="dxa"/>
          </w:tcPr>
          <w:p w14:paraId="28EB82EC" w14:textId="77777777" w:rsidR="00B72EA1" w:rsidRPr="00B72EA1" w:rsidRDefault="00B72EA1" w:rsidP="00501F40">
            <w:pPr>
              <w:rPr>
                <w:sz w:val="24"/>
                <w:szCs w:val="24"/>
              </w:rPr>
            </w:pPr>
            <w:r w:rsidRPr="00B72EA1">
              <w:rPr>
                <w:sz w:val="24"/>
                <w:szCs w:val="24"/>
              </w:rPr>
              <w:t>5</w:t>
            </w:r>
          </w:p>
        </w:tc>
        <w:tc>
          <w:tcPr>
            <w:tcW w:w="3060" w:type="dxa"/>
          </w:tcPr>
          <w:p w14:paraId="6E0A5DCA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1EBD0838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14:paraId="54F10D4E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  <w:tc>
          <w:tcPr>
            <w:tcW w:w="2232" w:type="dxa"/>
          </w:tcPr>
          <w:p w14:paraId="3E9855AF" w14:textId="77777777" w:rsidR="00B72EA1" w:rsidRPr="00B72EA1" w:rsidRDefault="00B72EA1" w:rsidP="00501F40">
            <w:pPr>
              <w:rPr>
                <w:sz w:val="24"/>
                <w:szCs w:val="24"/>
              </w:rPr>
            </w:pPr>
          </w:p>
        </w:tc>
      </w:tr>
    </w:tbl>
    <w:p w14:paraId="36F71922" w14:textId="77777777" w:rsidR="00B72EA1" w:rsidRDefault="00B72EA1"/>
    <w:p w14:paraId="4F500D79" w14:textId="77777777" w:rsidR="00E46F3F" w:rsidRDefault="00E46F3F"/>
    <w:p w14:paraId="2440E3D5" w14:textId="77777777" w:rsidR="00E46F3F" w:rsidRDefault="00E46F3F"/>
    <w:p w14:paraId="56183BF4" w14:textId="77777777" w:rsidR="00E46F3F" w:rsidRDefault="00E46F3F"/>
    <w:p w14:paraId="540ACDDB" w14:textId="77777777" w:rsidR="00E46F3F" w:rsidRDefault="00E46F3F"/>
    <w:p w14:paraId="2984BEC4" w14:textId="77777777" w:rsidR="00E46F3F" w:rsidRDefault="00E46F3F"/>
    <w:p w14:paraId="1560C874" w14:textId="77777777" w:rsidR="00E46F3F" w:rsidRDefault="00E46F3F"/>
    <w:p w14:paraId="60EC2709" w14:textId="77777777" w:rsidR="00E46F3F" w:rsidRDefault="00E46F3F"/>
    <w:p w14:paraId="16BEE150" w14:textId="77777777" w:rsidR="00E46F3F" w:rsidRDefault="00E46F3F"/>
    <w:p w14:paraId="439F9F88" w14:textId="77777777" w:rsidR="00E46F3F" w:rsidRDefault="00E46F3F"/>
    <w:p w14:paraId="742EE4C0" w14:textId="77777777" w:rsidR="00E46F3F" w:rsidRDefault="00E46F3F"/>
    <w:p w14:paraId="1C571EB4" w14:textId="77777777" w:rsidR="00E46F3F" w:rsidRDefault="00E46F3F"/>
    <w:p w14:paraId="546C099D" w14:textId="77777777" w:rsidR="00E46F3F" w:rsidRDefault="00E46F3F"/>
    <w:p w14:paraId="23450FB5" w14:textId="77777777" w:rsidR="00E46F3F" w:rsidRDefault="00E46F3F"/>
    <w:p w14:paraId="44C881F4" w14:textId="77777777" w:rsidR="00E46F3F" w:rsidRDefault="00E46F3F"/>
    <w:p w14:paraId="188A7618" w14:textId="77777777" w:rsidR="00E46F3F" w:rsidRDefault="00E46F3F"/>
    <w:p w14:paraId="628FB82C" w14:textId="77777777" w:rsidR="00E46F3F" w:rsidRDefault="00E46F3F"/>
    <w:p w14:paraId="1B24C4A5" w14:textId="77777777" w:rsidR="00E46F3F" w:rsidRDefault="00E46F3F"/>
    <w:p w14:paraId="3735EEE1" w14:textId="77777777" w:rsidR="00E46F3F" w:rsidRDefault="00E46F3F"/>
    <w:p w14:paraId="1F70D826" w14:textId="6AD7727B" w:rsidR="00E46F3F" w:rsidRPr="00E46F3F" w:rsidRDefault="00E46F3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 w:rsidRPr="00E46F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8. Detail manufacturing process with flow Diagram</w:t>
      </w:r>
    </w:p>
    <w:sectPr w:rsidR="00E46F3F" w:rsidRPr="00E46F3F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E7781" w14:textId="77777777" w:rsidR="002E32C5" w:rsidRDefault="002E32C5" w:rsidP="00B72EA1">
      <w:pPr>
        <w:spacing w:after="0" w:line="240" w:lineRule="auto"/>
      </w:pPr>
      <w:r>
        <w:separator/>
      </w:r>
    </w:p>
  </w:endnote>
  <w:endnote w:type="continuationSeparator" w:id="0">
    <w:p w14:paraId="1BE791B1" w14:textId="77777777" w:rsidR="002E32C5" w:rsidRDefault="002E32C5" w:rsidP="00B72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567EE" w14:textId="77777777" w:rsidR="00E46F3F" w:rsidRDefault="00E46F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9A394" w14:textId="77777777" w:rsidR="00B72EA1" w:rsidRDefault="00B72EA1" w:rsidP="00B72EA1">
    <w:r>
      <w:t xml:space="preserve">Authorized Signatory </w:t>
    </w:r>
  </w:p>
  <w:p w14:paraId="60F521C1" w14:textId="77777777" w:rsidR="00B72EA1" w:rsidRDefault="00B72EA1" w:rsidP="00B72EA1"/>
  <w:p w14:paraId="371CE3C6" w14:textId="77777777" w:rsidR="00B72EA1" w:rsidRDefault="00B72EA1" w:rsidP="00B72EA1">
    <w:r>
      <w:t xml:space="preserve">Sign and Seal of Client </w:t>
    </w:r>
  </w:p>
  <w:p w14:paraId="3746C4F1" w14:textId="501A793B" w:rsidR="00B72EA1" w:rsidRDefault="00B72EA1">
    <w:pPr>
      <w:pStyle w:val="Footer"/>
    </w:pPr>
  </w:p>
  <w:p w14:paraId="310476F3" w14:textId="77777777" w:rsidR="00B72EA1" w:rsidRDefault="00B72E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06AB9" w14:textId="77777777" w:rsidR="00E46F3F" w:rsidRDefault="00E46F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E7F60" w14:textId="77777777" w:rsidR="002E32C5" w:rsidRDefault="002E32C5" w:rsidP="00B72EA1">
      <w:pPr>
        <w:spacing w:after="0" w:line="240" w:lineRule="auto"/>
      </w:pPr>
      <w:r>
        <w:separator/>
      </w:r>
    </w:p>
  </w:footnote>
  <w:footnote w:type="continuationSeparator" w:id="0">
    <w:p w14:paraId="08BDBF25" w14:textId="77777777" w:rsidR="002E32C5" w:rsidRDefault="002E32C5" w:rsidP="00B72E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F4D7" w14:textId="77777777" w:rsidR="00E46F3F" w:rsidRDefault="00E46F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ACD46" w14:textId="77777777" w:rsidR="00E46F3F" w:rsidRDefault="00E46F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BEF4F" w14:textId="77777777" w:rsidR="00E46F3F" w:rsidRDefault="00E46F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8202902">
    <w:abstractNumId w:val="8"/>
  </w:num>
  <w:num w:numId="2" w16cid:durableId="938100295">
    <w:abstractNumId w:val="6"/>
  </w:num>
  <w:num w:numId="3" w16cid:durableId="1646273151">
    <w:abstractNumId w:val="5"/>
  </w:num>
  <w:num w:numId="4" w16cid:durableId="844592298">
    <w:abstractNumId w:val="4"/>
  </w:num>
  <w:num w:numId="5" w16cid:durableId="33193220">
    <w:abstractNumId w:val="7"/>
  </w:num>
  <w:num w:numId="6" w16cid:durableId="2057509210">
    <w:abstractNumId w:val="3"/>
  </w:num>
  <w:num w:numId="7" w16cid:durableId="1781873724">
    <w:abstractNumId w:val="2"/>
  </w:num>
  <w:num w:numId="8" w16cid:durableId="1507674950">
    <w:abstractNumId w:val="1"/>
  </w:num>
  <w:num w:numId="9" w16cid:durableId="1221019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538C4"/>
    <w:rsid w:val="0029639D"/>
    <w:rsid w:val="002E32C5"/>
    <w:rsid w:val="00326F90"/>
    <w:rsid w:val="00330313"/>
    <w:rsid w:val="00874A85"/>
    <w:rsid w:val="008C6A35"/>
    <w:rsid w:val="00AA1D8D"/>
    <w:rsid w:val="00AE1A79"/>
    <w:rsid w:val="00B47730"/>
    <w:rsid w:val="00B72EA1"/>
    <w:rsid w:val="00B735E2"/>
    <w:rsid w:val="00BF0B9E"/>
    <w:rsid w:val="00CB0664"/>
    <w:rsid w:val="00D82F92"/>
    <w:rsid w:val="00E46F3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9271C2"/>
  <w14:defaultImageDpi w14:val="300"/>
  <w15:docId w15:val="{DF8D07C7-6045-4903-9750-AF0F8DD2F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3</cp:revision>
  <dcterms:created xsi:type="dcterms:W3CDTF">2025-09-25T17:42:00Z</dcterms:created>
  <dcterms:modified xsi:type="dcterms:W3CDTF">2025-09-25T18:11:00Z</dcterms:modified>
  <cp:category/>
</cp:coreProperties>
</file>